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FL 2026 ballot and turnout follow-up — October 20–23 respondents</w:t>
      </w:r>
    </w:p>
    <w:p>
      <w:r>
        <w:t>As fielded: survey version 5, frozen 2026-10-30 21:45 UTC. Each (KEY: ...) tag is the column name in our data files; ASK IF and SPLIT SAMPLE lines are the routing and split samples; {place} was shown as Florida.</w:t>
      </w:r>
    </w:p>
    <w:p>
      <w:r>
        <w:rPr>
          <w:b/>
        </w:rPr>
        <w:t>Q1. How likely are you to vote in the November 3, 2026 general election in {place}?</w:t>
      </w:r>
      <w:r>
        <w:rPr>
          <w:color w:val="6B7280"/>
          <w:sz w:val="16"/>
        </w:rPr>
        <w:t xml:space="preserve"> (KEY: q1) (SINGLE RESPONSE) (FIXED ORDER)</w:t>
      </w:r>
    </w:p>
    <w:p>
      <w:pPr>
        <w:ind w:left="360"/>
      </w:pPr>
      <w:r>
        <w:t>1. Already voted</w:t>
      </w:r>
    </w:p>
    <w:p>
      <w:pPr>
        <w:ind w:left="360"/>
      </w:pPr>
      <w:r>
        <w:t>2. Extremely likely</w:t>
      </w:r>
    </w:p>
    <w:p>
      <w:pPr>
        <w:ind w:left="360"/>
      </w:pPr>
      <w:r>
        <w:t>3. Very likely</w:t>
      </w:r>
    </w:p>
    <w:p>
      <w:pPr>
        <w:ind w:left="360"/>
      </w:pPr>
      <w:r>
        <w:t>4. Somewhat likely</w:t>
      </w:r>
    </w:p>
    <w:p>
      <w:pPr>
        <w:ind w:left="360"/>
      </w:pPr>
      <w:r>
        <w:t>5. Somewhat unlikely</w:t>
      </w:r>
    </w:p>
    <w:p>
      <w:pPr>
        <w:ind w:left="360"/>
      </w:pPr>
      <w:r>
        <w:t>6. Very unlikely</w:t>
      </w:r>
    </w:p>
    <w:p>
      <w:pPr>
        <w:ind w:left="360"/>
      </w:pPr>
      <w:r>
        <w:t>7. Extremely unlikely</w:t>
      </w:r>
    </w:p>
    <w:p>
      <w:pPr>
        <w:ind w:left="360"/>
      </w:pPr>
      <w:r>
        <w:t>8. Don't know / No opinion</w:t>
      </w:r>
    </w:p>
    <w:p/>
    <w:p>
      <w:r>
        <w:rPr>
          <w:color w:val="6B7280"/>
          <w:sz w:val="16"/>
        </w:rPr>
        <w:t>ASK IF Q1 = Already voted</w:t>
      </w:r>
    </w:p>
    <w:p>
      <w:r>
        <w:rPr>
          <w:b/>
        </w:rPr>
        <w:t>Q2. Who did you vote for in this year's general election for U.S. Senate?</w:t>
      </w:r>
      <w:r>
        <w:rPr>
          <w:color w:val="6B7280"/>
          <w:sz w:val="16"/>
        </w:rPr>
        <w:t xml:space="preserve"> (KEY: senate_vote_past) (SINGLE RESPONSE) (FIXED ORDER)</w:t>
      </w:r>
    </w:p>
    <w:p>
      <w:pPr>
        <w:ind w:left="360"/>
      </w:pPr>
      <w:r>
        <w:t>1. Ashley Moody, Republican</w:t>
      </w:r>
    </w:p>
    <w:p>
      <w:pPr>
        <w:ind w:left="360"/>
      </w:pPr>
      <w:r>
        <w:t>2. Angie Nixon, Democrat</w:t>
      </w:r>
    </w:p>
    <w:p>
      <w:pPr>
        <w:ind w:left="360"/>
      </w:pPr>
      <w:r>
        <w:t>3. Neil J. Gillespie, No Party Affiliation</w:t>
      </w:r>
    </w:p>
    <w:p>
      <w:pPr>
        <w:ind w:left="360"/>
      </w:pPr>
      <w:r>
        <w:t>4. Someone else</w:t>
      </w:r>
    </w:p>
    <w:p>
      <w:pPr>
        <w:ind w:left="360"/>
      </w:pPr>
      <w:r>
        <w:t>5. Did not vote in this race</w:t>
      </w:r>
    </w:p>
    <w:p>
      <w:pPr>
        <w:ind w:left="360"/>
      </w:pPr>
      <w:r>
        <w:t>6. Prefer not to answer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b/>
        </w:rPr>
        <w:t>Q3. If the election for U.S. Senate were held today, who would you vote for?</w:t>
      </w:r>
      <w:r>
        <w:rPr>
          <w:color w:val="6B7280"/>
          <w:sz w:val="16"/>
        </w:rPr>
        <w:t xml:space="preserve"> (KEY: senate_vote_current) (SINGLE RESPONSE) (FIXED ORDER)</w:t>
      </w:r>
    </w:p>
    <w:p>
      <w:pPr>
        <w:ind w:left="360"/>
      </w:pPr>
      <w:r>
        <w:t>1. Ashley Moody, Republican</w:t>
      </w:r>
    </w:p>
    <w:p>
      <w:pPr>
        <w:ind w:left="360"/>
      </w:pPr>
      <w:r>
        <w:t>2. Angie Nixon, Democrat</w:t>
      </w:r>
    </w:p>
    <w:p>
      <w:pPr>
        <w:ind w:left="360"/>
      </w:pPr>
      <w:r>
        <w:t>3. Neil J. Gillespie, No Party Affiliation</w:t>
      </w:r>
    </w:p>
    <w:p>
      <w:pPr>
        <w:ind w:left="360"/>
      </w:pPr>
      <w:r>
        <w:t>4. Someone else</w:t>
      </w:r>
    </w:p>
    <w:p>
      <w:pPr>
        <w:ind w:left="360"/>
      </w:pPr>
      <w:r>
        <w:t>5. Undecided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color w:val="6B7280"/>
          <w:sz w:val="16"/>
        </w:rPr>
        <w:t>ASK IF Q3 = Undecided</w:t>
      </w:r>
    </w:p>
    <w:p>
      <w:r>
        <w:rPr>
          <w:b/>
        </w:rPr>
        <w:t>Q4. If you had to decide today, which candidate would you lean more toward?</w:t>
      </w:r>
      <w:r>
        <w:rPr>
          <w:color w:val="6B7280"/>
          <w:sz w:val="16"/>
        </w:rPr>
        <w:t xml:space="preserve"> (KEY: senate_vote_current_lean) (SINGLE RESPONSE) (FIXED ORDER)</w:t>
      </w:r>
    </w:p>
    <w:p>
      <w:pPr>
        <w:ind w:left="360"/>
      </w:pPr>
      <w:r>
        <w:t>1. Ashley Moody, Republican</w:t>
      </w:r>
    </w:p>
    <w:p>
      <w:pPr>
        <w:ind w:left="360"/>
      </w:pPr>
      <w:r>
        <w:t>2. Angie Nixon, Democrat</w:t>
      </w:r>
    </w:p>
    <w:p>
      <w:pPr>
        <w:ind w:left="360"/>
      </w:pPr>
      <w:r>
        <w:t>3. Neil J. Gillespie, No Party Affiliation</w:t>
      </w:r>
    </w:p>
    <w:p>
      <w:pPr>
        <w:ind w:left="360"/>
      </w:pPr>
      <w:r>
        <w:t>4. Someone else</w:t>
      </w:r>
    </w:p>
    <w:p>
      <w:pPr>
        <w:ind w:left="360"/>
      </w:pPr>
      <w:r>
        <w:t>5. Still undecided</w:t>
      </w:r>
    </w:p>
    <w:p/>
    <w:p>
      <w:r>
        <w:rPr>
          <w:color w:val="6B7280"/>
          <w:sz w:val="16"/>
        </w:rPr>
        <w:t>ASK IF Q1 = Already voted</w:t>
      </w:r>
    </w:p>
    <w:p>
      <w:r>
        <w:rPr>
          <w:b/>
        </w:rPr>
        <w:t>Q5. Who did you vote for in this year's general election for Governor?</w:t>
      </w:r>
      <w:r>
        <w:rPr>
          <w:color w:val="6B7280"/>
          <w:sz w:val="16"/>
        </w:rPr>
        <w:t xml:space="preserve"> (KEY: governor_vote_past) (SINGLE RESPONSE) (FIXED ORDER)</w:t>
      </w:r>
    </w:p>
    <w:p>
      <w:pPr>
        <w:ind w:left="360"/>
      </w:pPr>
      <w:r>
        <w:t>1. Byron Donalds, Republican</w:t>
      </w:r>
    </w:p>
    <w:p>
      <w:pPr>
        <w:ind w:left="360"/>
      </w:pPr>
      <w:r>
        <w:t>2. David Jolly, Democrat</w:t>
      </w:r>
    </w:p>
    <w:p>
      <w:pPr>
        <w:ind w:left="360"/>
      </w:pPr>
      <w:r>
        <w:t>3. Scott Eckhard Jewett, Libertarian</w:t>
      </w:r>
    </w:p>
    <w:p>
      <w:pPr>
        <w:ind w:left="360"/>
      </w:pPr>
      <w:r>
        <w:t>4. Charles Burkett, No Party Affiliation</w:t>
      </w:r>
    </w:p>
    <w:p>
      <w:pPr>
        <w:ind w:left="360"/>
      </w:pPr>
      <w:r>
        <w:t>5. Frank J. Russo, No Party Affiliation</w:t>
      </w:r>
    </w:p>
    <w:p>
      <w:pPr>
        <w:ind w:left="360"/>
      </w:pPr>
      <w:r>
        <w:t>6. Moliere "Moe" Dimanche, No Party Affiliation</w:t>
      </w:r>
    </w:p>
    <w:p>
      <w:pPr>
        <w:ind w:left="360"/>
      </w:pPr>
      <w:r>
        <w:t>7. Dean Ocean Abrams, No Party Affiliation</w:t>
      </w:r>
    </w:p>
    <w:p>
      <w:pPr>
        <w:ind w:left="360"/>
      </w:pPr>
      <w:r>
        <w:t>8. Jeffrey Peter "Dr. Jeff" Datto, No Party Affiliation</w:t>
      </w:r>
    </w:p>
    <w:p>
      <w:pPr>
        <w:ind w:left="360"/>
      </w:pPr>
      <w:r>
        <w:t>9. Someone else</w:t>
      </w:r>
    </w:p>
    <w:p>
      <w:pPr>
        <w:ind w:left="360"/>
      </w:pPr>
      <w:r>
        <w:t>10. Did not vote in this race</w:t>
      </w:r>
    </w:p>
    <w:p>
      <w:pPr>
        <w:ind w:left="360"/>
      </w:pPr>
      <w:r>
        <w:t>11. Prefer not to answer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b/>
        </w:rPr>
        <w:t>Q6. If the election for Governor were held today, who would you vote for?</w:t>
      </w:r>
      <w:r>
        <w:rPr>
          <w:color w:val="6B7280"/>
          <w:sz w:val="16"/>
        </w:rPr>
        <w:t xml:space="preserve"> (KEY: governor_vote_current) (SINGLE RESPONSE) (FIXED ORDER)</w:t>
      </w:r>
    </w:p>
    <w:p>
      <w:pPr>
        <w:ind w:left="360"/>
      </w:pPr>
      <w:r>
        <w:t>1. Byron Donalds, Republican</w:t>
      </w:r>
    </w:p>
    <w:p>
      <w:pPr>
        <w:ind w:left="360"/>
      </w:pPr>
      <w:r>
        <w:t>2. David Jolly, Democrat</w:t>
      </w:r>
    </w:p>
    <w:p>
      <w:pPr>
        <w:ind w:left="360"/>
      </w:pPr>
      <w:r>
        <w:t>3. Scott Eckhard Jewett, Libertarian</w:t>
      </w:r>
    </w:p>
    <w:p>
      <w:pPr>
        <w:ind w:left="360"/>
      </w:pPr>
      <w:r>
        <w:t>4. Charles Burkett, No Party Affiliation</w:t>
      </w:r>
    </w:p>
    <w:p>
      <w:pPr>
        <w:ind w:left="360"/>
      </w:pPr>
      <w:r>
        <w:t>5. Frank J. Russo, No Party Affiliation</w:t>
      </w:r>
    </w:p>
    <w:p>
      <w:pPr>
        <w:ind w:left="360"/>
      </w:pPr>
      <w:r>
        <w:t>6. Moliere "Moe" Dimanche, No Party Affiliation</w:t>
      </w:r>
    </w:p>
    <w:p>
      <w:pPr>
        <w:ind w:left="360"/>
      </w:pPr>
      <w:r>
        <w:t>7. Dean Ocean Abrams, No Party Affiliation</w:t>
      </w:r>
    </w:p>
    <w:p>
      <w:pPr>
        <w:ind w:left="360"/>
      </w:pPr>
      <w:r>
        <w:t>8. Jeffrey Peter "Dr. Jeff" Datto, No Party Affiliation</w:t>
      </w:r>
    </w:p>
    <w:p>
      <w:pPr>
        <w:ind w:left="360"/>
      </w:pPr>
      <w:r>
        <w:t>9. Someone else</w:t>
      </w:r>
    </w:p>
    <w:p>
      <w:pPr>
        <w:ind w:left="360"/>
      </w:pPr>
      <w:r>
        <w:t>10. Undecided</w:t>
      </w:r>
    </w:p>
    <w:p/>
    <w:p>
      <w:r>
        <w:rPr>
          <w:color w:val="6B7280"/>
          <w:sz w:val="16"/>
        </w:rPr>
        <w:t>ASK IF Q1 != Already voted</w:t>
      </w:r>
    </w:p>
    <w:p>
      <w:r>
        <w:rPr>
          <w:color w:val="6B7280"/>
          <w:sz w:val="16"/>
        </w:rPr>
        <w:t>ASK IF Q6 = Undecided</w:t>
      </w:r>
    </w:p>
    <w:p>
      <w:r>
        <w:rPr>
          <w:b/>
        </w:rPr>
        <w:t>Q7. If you had to decide today, which candidate would you lean more toward?</w:t>
      </w:r>
      <w:r>
        <w:rPr>
          <w:color w:val="6B7280"/>
          <w:sz w:val="16"/>
        </w:rPr>
        <w:t xml:space="preserve"> (KEY: governor_vote_current_lean) (SINGLE RESPONSE) (FIXED ORDER)</w:t>
      </w:r>
    </w:p>
    <w:p>
      <w:pPr>
        <w:ind w:left="360"/>
      </w:pPr>
      <w:r>
        <w:t>1. Byron Donalds, Republican</w:t>
      </w:r>
    </w:p>
    <w:p>
      <w:pPr>
        <w:ind w:left="360"/>
      </w:pPr>
      <w:r>
        <w:t>2. David Jolly, Democrat</w:t>
      </w:r>
    </w:p>
    <w:p>
      <w:pPr>
        <w:ind w:left="360"/>
      </w:pPr>
      <w:r>
        <w:t>3. Scott Eckhard Jewett, Libertarian</w:t>
      </w:r>
    </w:p>
    <w:p>
      <w:pPr>
        <w:ind w:left="360"/>
      </w:pPr>
      <w:r>
        <w:t>4. Charles Burkett, No Party Affiliation</w:t>
      </w:r>
    </w:p>
    <w:p>
      <w:pPr>
        <w:ind w:left="360"/>
      </w:pPr>
      <w:r>
        <w:t>5. Frank J. Russo, No Party Affiliation</w:t>
      </w:r>
    </w:p>
    <w:p>
      <w:pPr>
        <w:ind w:left="360"/>
      </w:pPr>
      <w:r>
        <w:t>6. Moliere "Moe" Dimanche, No Party Affiliation</w:t>
      </w:r>
    </w:p>
    <w:p>
      <w:pPr>
        <w:ind w:left="360"/>
      </w:pPr>
      <w:r>
        <w:t>7. Dean Ocean Abrams, No Party Affiliation</w:t>
      </w:r>
    </w:p>
    <w:p>
      <w:pPr>
        <w:ind w:left="360"/>
      </w:pPr>
      <w:r>
        <w:t>8. Jeffrey Peter "Dr. Jeff" Datto, No Party Affiliation</w:t>
      </w:r>
    </w:p>
    <w:p>
      <w:pPr>
        <w:ind w:left="360"/>
      </w:pPr>
      <w:r>
        <w:t>9. Someone else</w:t>
      </w:r>
    </w:p>
    <w:p>
      <w:pPr>
        <w:ind w:left="360"/>
      </w:pPr>
      <w:r>
        <w:t>10. Still undecided</w:t>
      </w:r>
    </w:p>
    <w:p/>
    <w:p>
      <w:r>
        <w:rPr>
          <w:color w:val="6B7280"/>
          <w:sz w:val="16"/>
        </w:rPr>
        <w:t>ASK IF Q1 = Already voted</w:t>
      </w:r>
    </w:p>
    <w:p>
      <w:r>
        <w:rPr>
          <w:b/>
        </w:rPr>
        <w:t>Q8. When did you cast your ballot in the November 3, 2026 general election? If you voted by mail, please tell us when you mailed or returned your ballot.</w:t>
      </w:r>
      <w:r>
        <w:rPr>
          <w:color w:val="6B7280"/>
          <w:sz w:val="16"/>
        </w:rPr>
        <w:t xml:space="preserve"> (KEY: vote_timing_oct23) (SINGLE RESPONSE) (FIXED ORDER)</w:t>
      </w:r>
    </w:p>
    <w:p>
      <w:pPr>
        <w:ind w:left="360"/>
      </w:pPr>
      <w:r>
        <w:t>1. On or before October 23</w:t>
      </w:r>
    </w:p>
    <w:p>
      <w:pPr>
        <w:ind w:left="360"/>
      </w:pPr>
      <w:r>
        <w:t>2. October 24 or later</w:t>
      </w:r>
    </w:p>
    <w:p>
      <w:pPr>
        <w:ind w:left="360"/>
      </w:pPr>
      <w:r>
        <w:t>3. Don't know / No opinion</w:t>
      </w:r>
    </w:p>
    <w:p/>
    <w:p>
      <w:r>
        <w:rPr>
          <w:b/>
        </w:rPr>
        <w:t>Q9. If Democrats win control of the Senate in the 2026 election, which of these people would you prefer to see as Senate Majority Leader?</w:t>
      </w:r>
      <w:r>
        <w:rPr>
          <w:color w:val="6B7280"/>
          <w:sz w:val="16"/>
        </w:rPr>
        <w:t xml:space="preserve"> (KEY: senate_majority_leader_choice_20261030) (SINGLE RESPONSE) (RANDOMIZE OPTIONS)</w:t>
      </w:r>
    </w:p>
    <w:p>
      <w:pPr>
        <w:ind w:left="360"/>
      </w:pPr>
      <w:r>
        <w:t>1. Chuck Schumer</w:t>
      </w:r>
    </w:p>
    <w:p>
      <w:pPr>
        <w:ind w:left="360"/>
      </w:pPr>
      <w:r>
        <w:t>2. Bernie Sanders</w:t>
      </w:r>
    </w:p>
    <w:p>
      <w:pPr>
        <w:ind w:left="360"/>
      </w:pPr>
      <w:r>
        <w:t>3. Someone else</w:t>
      </w:r>
    </w:p>
    <w:p>
      <w:pPr>
        <w:ind w:left="360"/>
      </w:pPr>
      <w:r>
        <w:t>4. No opinion</w:t>
      </w:r>
    </w:p>
    <w:p/>
    <w:p>
      <w:r>
        <w:rPr>
          <w:b/>
        </w:rPr>
        <w:t>Q10. If Democrats win control of the House of Representatives in the 2026 election, which of these people would you prefer to see as Speaker of the House?</w:t>
      </w:r>
      <w:r>
        <w:rPr>
          <w:color w:val="6B7280"/>
          <w:sz w:val="16"/>
        </w:rPr>
        <w:t xml:space="preserve"> (KEY: house_speaker_choice_20261030) (SINGLE RESPONSE) (RANDOMIZE OPTIONS)</w:t>
      </w:r>
    </w:p>
    <w:p>
      <w:pPr>
        <w:ind w:left="360"/>
      </w:pPr>
      <w:r>
        <w:t>1. Hakeem Jeffries</w:t>
      </w:r>
    </w:p>
    <w:p>
      <w:pPr>
        <w:ind w:left="360"/>
      </w:pPr>
      <w:r>
        <w:t>2. Alexandria Ocasio-Cortez</w:t>
      </w:r>
    </w:p>
    <w:p>
      <w:pPr>
        <w:ind w:left="360"/>
      </w:pPr>
      <w:r>
        <w:t>3. Someone else</w:t>
      </w:r>
    </w:p>
    <w:p>
      <w:pPr>
        <w:ind w:left="360"/>
      </w:pPr>
      <w:r>
        <w:t>4. No opinion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