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FL 2026 final-week statewide and leadership</w:t>
      </w:r>
    </w:p>
    <w:p>
      <w:r>
        <w:t>As fielded: survey version 5, frozen 2026-10-30 23:25 UTC. Each (KEY: ...) tag is the column name in our data files; ASK IF and SPLIT SAMPLE lines are the routing and split samples; {place} was shown as Florida.</w:t>
      </w:r>
    </w:p>
    <w:p>
      <w:r>
        <w:rPr>
          <w:b/>
        </w:rPr>
        <w:t>Q1. How likely are you to vote in the November 3, 2026 general election in {place}?</w:t>
      </w:r>
      <w:r>
        <w:rPr>
          <w:color w:val="6B7280"/>
          <w:sz w:val="16"/>
        </w:rPr>
        <w:t xml:space="preserve"> (KEY: q1) (SINGLE RESPONSE) (FIXED ORDER)</w:t>
      </w:r>
    </w:p>
    <w:p>
      <w:pPr>
        <w:ind w:left="360"/>
      </w:pPr>
      <w:r>
        <w:t>1. Already voted</w:t>
      </w:r>
    </w:p>
    <w:p>
      <w:pPr>
        <w:ind w:left="360"/>
      </w:pPr>
      <w:r>
        <w:t>2. Extremely likely</w:t>
      </w:r>
    </w:p>
    <w:p>
      <w:pPr>
        <w:ind w:left="360"/>
      </w:pPr>
      <w:r>
        <w:t>3. Very likely</w:t>
      </w:r>
    </w:p>
    <w:p>
      <w:pPr>
        <w:ind w:left="360"/>
      </w:pPr>
      <w:r>
        <w:t>4. Somewhat likely</w:t>
      </w:r>
    </w:p>
    <w:p>
      <w:pPr>
        <w:ind w:left="360"/>
      </w:pPr>
      <w:r>
        <w:t>5. Somewhat unlikely</w:t>
      </w:r>
    </w:p>
    <w:p>
      <w:pPr>
        <w:ind w:left="360"/>
      </w:pPr>
      <w:r>
        <w:t>6. Very unlikely</w:t>
      </w:r>
    </w:p>
    <w:p>
      <w:pPr>
        <w:ind w:left="360"/>
      </w:pPr>
      <w:r>
        <w:t>7. Extremely unlikely</w:t>
      </w:r>
    </w:p>
    <w:p>
      <w:pPr>
        <w:ind w:left="360"/>
      </w:pPr>
      <w:r>
        <w:t>8. Don't know / No opinion</w:t>
      </w:r>
    </w:p>
    <w:p/>
    <w:p>
      <w:r>
        <w:rPr>
          <w:color w:val="6B7280"/>
          <w:sz w:val="16"/>
        </w:rPr>
        <w:t>ASK IF Q1 = Already voted</w:t>
      </w:r>
    </w:p>
    <w:p>
      <w:r>
        <w:rPr>
          <w:b/>
        </w:rPr>
        <w:t>Q2. Who did you vote for in this year's general election for U.S. Senate?</w:t>
      </w:r>
      <w:r>
        <w:rPr>
          <w:color w:val="6B7280"/>
          <w:sz w:val="16"/>
        </w:rPr>
        <w:t xml:space="preserve"> (KEY: senate_vote_past) (SINGLE RESPONSE) (FIXED ORDER)</w:t>
      </w:r>
    </w:p>
    <w:p>
      <w:pPr>
        <w:ind w:left="360"/>
      </w:pPr>
      <w:r>
        <w:t>1. Ashley Moody, Republican</w:t>
      </w:r>
    </w:p>
    <w:p>
      <w:pPr>
        <w:ind w:left="360"/>
      </w:pPr>
      <w:r>
        <w:t>2. Angie Nixon, Democrat</w:t>
      </w:r>
    </w:p>
    <w:p>
      <w:pPr>
        <w:ind w:left="360"/>
      </w:pPr>
      <w:r>
        <w:t>3. Neil J. Gillespie, No Party Affiliation</w:t>
      </w:r>
    </w:p>
    <w:p>
      <w:pPr>
        <w:ind w:left="360"/>
      </w:pPr>
      <w:r>
        <w:t>4. Someone else</w:t>
      </w:r>
    </w:p>
    <w:p>
      <w:pPr>
        <w:ind w:left="360"/>
      </w:pPr>
      <w:r>
        <w:t>5. Did not vote in this race</w:t>
      </w:r>
    </w:p>
    <w:p>
      <w:pPr>
        <w:ind w:left="360"/>
      </w:pPr>
      <w:r>
        <w:t>6. Prefer not to answer</w:t>
      </w:r>
    </w:p>
    <w:p/>
    <w:p>
      <w:r>
        <w:rPr>
          <w:color w:val="6B7280"/>
          <w:sz w:val="16"/>
        </w:rPr>
        <w:t>ASK IF Q1 != Already voted</w:t>
      </w:r>
    </w:p>
    <w:p>
      <w:r>
        <w:rPr>
          <w:b/>
        </w:rPr>
        <w:t>Q3. If the election for U.S. Senate were held today, who would you vote for?</w:t>
      </w:r>
      <w:r>
        <w:rPr>
          <w:color w:val="6B7280"/>
          <w:sz w:val="16"/>
        </w:rPr>
        <w:t xml:space="preserve"> (KEY: senate_vote_current) (SINGLE RESPONSE) (FIXED ORDER)</w:t>
      </w:r>
    </w:p>
    <w:p>
      <w:pPr>
        <w:ind w:left="360"/>
      </w:pPr>
      <w:r>
        <w:t>1. Ashley Moody, Republican</w:t>
      </w:r>
    </w:p>
    <w:p>
      <w:pPr>
        <w:ind w:left="360"/>
      </w:pPr>
      <w:r>
        <w:t>2. Angie Nixon, Democrat</w:t>
      </w:r>
    </w:p>
    <w:p>
      <w:pPr>
        <w:ind w:left="360"/>
      </w:pPr>
      <w:r>
        <w:t>3. Neil J. Gillespie, No Party Affiliation</w:t>
      </w:r>
    </w:p>
    <w:p>
      <w:pPr>
        <w:ind w:left="360"/>
      </w:pPr>
      <w:r>
        <w:t>4. Someone else</w:t>
      </w:r>
    </w:p>
    <w:p>
      <w:pPr>
        <w:ind w:left="360"/>
      </w:pPr>
      <w:r>
        <w:t>5. Undecided</w:t>
      </w:r>
    </w:p>
    <w:p/>
    <w:p>
      <w:r>
        <w:rPr>
          <w:color w:val="6B7280"/>
          <w:sz w:val="16"/>
        </w:rPr>
        <w:t>ASK IF Q1 != Already voted</w:t>
      </w:r>
    </w:p>
    <w:p>
      <w:r>
        <w:rPr>
          <w:color w:val="6B7280"/>
          <w:sz w:val="16"/>
        </w:rPr>
        <w:t>ASK IF Q3 = Undecided</w:t>
      </w:r>
    </w:p>
    <w:p>
      <w:r>
        <w:rPr>
          <w:b/>
        </w:rPr>
        <w:t>Q4. If you had to decide today, which candidate would you lean more toward?</w:t>
      </w:r>
      <w:r>
        <w:rPr>
          <w:color w:val="6B7280"/>
          <w:sz w:val="16"/>
        </w:rPr>
        <w:t xml:space="preserve"> (KEY: senate_vote_current_lean) (SINGLE RESPONSE) (FIXED ORDER)</w:t>
      </w:r>
    </w:p>
    <w:p>
      <w:pPr>
        <w:ind w:left="360"/>
      </w:pPr>
      <w:r>
        <w:t>1. Ashley Moody, Republican</w:t>
      </w:r>
    </w:p>
    <w:p>
      <w:pPr>
        <w:ind w:left="360"/>
      </w:pPr>
      <w:r>
        <w:t>2. Angie Nixon, Democrat</w:t>
      </w:r>
    </w:p>
    <w:p>
      <w:pPr>
        <w:ind w:left="360"/>
      </w:pPr>
      <w:r>
        <w:t>3. Neil J. Gillespie, No Party Affiliation</w:t>
      </w:r>
    </w:p>
    <w:p>
      <w:pPr>
        <w:ind w:left="360"/>
      </w:pPr>
      <w:r>
        <w:t>4. Someone else</w:t>
      </w:r>
    </w:p>
    <w:p>
      <w:pPr>
        <w:ind w:left="360"/>
      </w:pPr>
      <w:r>
        <w:t>5. Still undecided</w:t>
      </w:r>
    </w:p>
    <w:p/>
    <w:p>
      <w:r>
        <w:rPr>
          <w:color w:val="6B7280"/>
          <w:sz w:val="16"/>
        </w:rPr>
        <w:t>ASK IF Q1 != Already voted</w:t>
      </w:r>
    </w:p>
    <w:p>
      <w:r>
        <w:rPr>
          <w:color w:val="6B7280"/>
          <w:sz w:val="16"/>
        </w:rPr>
        <w:t>ASK IF Q3 IN [Ashley Moody, Republican | Angie Nixon, Democrat | Neil J. Gillespie, No Party Affiliation]</w:t>
      </w:r>
    </w:p>
    <w:p>
      <w:r>
        <w:rPr>
          <w:b/>
        </w:rPr>
        <w:t>Q5. Are you definitely or probably going to vote for that candidate?</w:t>
      </w:r>
      <w:r>
        <w:rPr>
          <w:color w:val="6B7280"/>
          <w:sz w:val="16"/>
        </w:rPr>
        <w:t xml:space="preserve"> (KEY: senate_vote_current_intensity) (SINGLE RESPONSE) (FIXED ORDER)</w:t>
      </w:r>
    </w:p>
    <w:p>
      <w:pPr>
        <w:ind w:left="360"/>
      </w:pPr>
      <w:r>
        <w:t>1. Definitely</w:t>
      </w:r>
    </w:p>
    <w:p>
      <w:pPr>
        <w:ind w:left="360"/>
      </w:pPr>
      <w:r>
        <w:t>2. Probably</w:t>
      </w:r>
    </w:p>
    <w:p>
      <w:pPr>
        <w:ind w:left="360"/>
      </w:pPr>
      <w:r>
        <w:t>3. Don't know / No opinion</w:t>
      </w:r>
    </w:p>
    <w:p/>
    <w:p>
      <w:r>
        <w:rPr>
          <w:color w:val="6B7280"/>
          <w:sz w:val="16"/>
        </w:rPr>
        <w:t>ASK IF Q1 = Already voted</w:t>
      </w:r>
    </w:p>
    <w:p>
      <w:r>
        <w:rPr>
          <w:b/>
        </w:rPr>
        <w:t>Q6. Who did you vote for in this year's general election for Governor?</w:t>
      </w:r>
      <w:r>
        <w:rPr>
          <w:color w:val="6B7280"/>
          <w:sz w:val="16"/>
        </w:rPr>
        <w:t xml:space="preserve"> (KEY: governor_vote_past) (SINGLE RESPONSE) (FIXED ORDER)</w:t>
      </w:r>
    </w:p>
    <w:p>
      <w:pPr>
        <w:ind w:left="360"/>
      </w:pPr>
      <w:r>
        <w:t>1. Byron Donalds, Republican</w:t>
      </w:r>
    </w:p>
    <w:p>
      <w:pPr>
        <w:ind w:left="360"/>
      </w:pPr>
      <w:r>
        <w:t>2. David Jolly, Democrat</w:t>
      </w:r>
    </w:p>
    <w:p>
      <w:pPr>
        <w:ind w:left="360"/>
      </w:pPr>
      <w:r>
        <w:t>3. Scott Eckhard Jewett, Libertarian</w:t>
      </w:r>
    </w:p>
    <w:p>
      <w:pPr>
        <w:ind w:left="360"/>
      </w:pPr>
      <w:r>
        <w:t>4. Charles Burkett, No Party Affiliation</w:t>
      </w:r>
    </w:p>
    <w:p>
      <w:pPr>
        <w:ind w:left="360"/>
      </w:pPr>
      <w:r>
        <w:t>5. Frank J. Russo, No Party Affiliation</w:t>
      </w:r>
    </w:p>
    <w:p>
      <w:pPr>
        <w:ind w:left="360"/>
      </w:pPr>
      <w:r>
        <w:t>6. Moliere "Moe" Dimanche, No Party Affiliation</w:t>
      </w:r>
    </w:p>
    <w:p>
      <w:pPr>
        <w:ind w:left="360"/>
      </w:pPr>
      <w:r>
        <w:t>7. Dean Ocean Abrams, No Party Affiliation</w:t>
      </w:r>
    </w:p>
    <w:p>
      <w:pPr>
        <w:ind w:left="360"/>
      </w:pPr>
      <w:r>
        <w:t>8. Jeffrey Peter "Dr. Jeff" Datto, No Party Affiliation</w:t>
      </w:r>
    </w:p>
    <w:p>
      <w:pPr>
        <w:ind w:left="360"/>
      </w:pPr>
      <w:r>
        <w:t>9. Someone else</w:t>
      </w:r>
    </w:p>
    <w:p>
      <w:pPr>
        <w:ind w:left="360"/>
      </w:pPr>
      <w:r>
        <w:t>10. Did not vote in this race</w:t>
      </w:r>
    </w:p>
    <w:p>
      <w:pPr>
        <w:ind w:left="360"/>
      </w:pPr>
      <w:r>
        <w:t>11. Prefer not to answer</w:t>
      </w:r>
    </w:p>
    <w:p/>
    <w:p>
      <w:r>
        <w:rPr>
          <w:color w:val="6B7280"/>
          <w:sz w:val="16"/>
        </w:rPr>
        <w:t>ASK IF Q1 != Already voted</w:t>
      </w:r>
    </w:p>
    <w:p>
      <w:r>
        <w:rPr>
          <w:b/>
        </w:rPr>
        <w:t>Q7. If the election for Governor were held today, who would you vote for?</w:t>
      </w:r>
      <w:r>
        <w:rPr>
          <w:color w:val="6B7280"/>
          <w:sz w:val="16"/>
        </w:rPr>
        <w:t xml:space="preserve"> (KEY: governor_vote_current) (SINGLE RESPONSE) (FIXED ORDER)</w:t>
      </w:r>
    </w:p>
    <w:p>
      <w:pPr>
        <w:ind w:left="360"/>
      </w:pPr>
      <w:r>
        <w:t>1. Byron Donalds, Republican</w:t>
      </w:r>
    </w:p>
    <w:p>
      <w:pPr>
        <w:ind w:left="360"/>
      </w:pPr>
      <w:r>
        <w:t>2. David Jolly, Democrat</w:t>
      </w:r>
    </w:p>
    <w:p>
      <w:pPr>
        <w:ind w:left="360"/>
      </w:pPr>
      <w:r>
        <w:t>3. Scott Eckhard Jewett, Libertarian</w:t>
      </w:r>
    </w:p>
    <w:p>
      <w:pPr>
        <w:ind w:left="360"/>
      </w:pPr>
      <w:r>
        <w:t>4. Charles Burkett, No Party Affiliation</w:t>
      </w:r>
    </w:p>
    <w:p>
      <w:pPr>
        <w:ind w:left="360"/>
      </w:pPr>
      <w:r>
        <w:t>5. Frank J. Russo, No Party Affiliation</w:t>
      </w:r>
    </w:p>
    <w:p>
      <w:pPr>
        <w:ind w:left="360"/>
      </w:pPr>
      <w:r>
        <w:t>6. Moliere "Moe" Dimanche, No Party Affiliation</w:t>
      </w:r>
    </w:p>
    <w:p>
      <w:pPr>
        <w:ind w:left="360"/>
      </w:pPr>
      <w:r>
        <w:t>7. Dean Ocean Abrams, No Party Affiliation</w:t>
      </w:r>
    </w:p>
    <w:p>
      <w:pPr>
        <w:ind w:left="360"/>
      </w:pPr>
      <w:r>
        <w:t>8. Jeffrey Peter "Dr. Jeff" Datto, No Party Affiliation</w:t>
      </w:r>
    </w:p>
    <w:p>
      <w:pPr>
        <w:ind w:left="360"/>
      </w:pPr>
      <w:r>
        <w:t>9. Someone else</w:t>
      </w:r>
    </w:p>
    <w:p>
      <w:pPr>
        <w:ind w:left="360"/>
      </w:pPr>
      <w:r>
        <w:t>10. Undecided</w:t>
      </w:r>
    </w:p>
    <w:p/>
    <w:p>
      <w:r>
        <w:rPr>
          <w:color w:val="6B7280"/>
          <w:sz w:val="16"/>
        </w:rPr>
        <w:t>ASK IF Q1 != Already voted</w:t>
      </w:r>
    </w:p>
    <w:p>
      <w:r>
        <w:rPr>
          <w:color w:val="6B7280"/>
          <w:sz w:val="16"/>
        </w:rPr>
        <w:t>ASK IF Q7 = Undecided</w:t>
      </w:r>
    </w:p>
    <w:p>
      <w:r>
        <w:rPr>
          <w:b/>
        </w:rPr>
        <w:t>Q8. If you had to decide today, which candidate would you lean more toward?</w:t>
      </w:r>
      <w:r>
        <w:rPr>
          <w:color w:val="6B7280"/>
          <w:sz w:val="16"/>
        </w:rPr>
        <w:t xml:space="preserve"> (KEY: governor_vote_current_lean) (SINGLE RESPONSE) (FIXED ORDER)</w:t>
      </w:r>
    </w:p>
    <w:p>
      <w:pPr>
        <w:ind w:left="360"/>
      </w:pPr>
      <w:r>
        <w:t>1. Byron Donalds, Republican</w:t>
      </w:r>
    </w:p>
    <w:p>
      <w:pPr>
        <w:ind w:left="360"/>
      </w:pPr>
      <w:r>
        <w:t>2. David Jolly, Democrat</w:t>
      </w:r>
    </w:p>
    <w:p>
      <w:pPr>
        <w:ind w:left="360"/>
      </w:pPr>
      <w:r>
        <w:t>3. Scott Eckhard Jewett, Libertarian</w:t>
      </w:r>
    </w:p>
    <w:p>
      <w:pPr>
        <w:ind w:left="360"/>
      </w:pPr>
      <w:r>
        <w:t>4. Charles Burkett, No Party Affiliation</w:t>
      </w:r>
    </w:p>
    <w:p>
      <w:pPr>
        <w:ind w:left="360"/>
      </w:pPr>
      <w:r>
        <w:t>5. Frank J. Russo, No Party Affiliation</w:t>
      </w:r>
    </w:p>
    <w:p>
      <w:pPr>
        <w:ind w:left="360"/>
      </w:pPr>
      <w:r>
        <w:t>6. Moliere "Moe" Dimanche, No Party Affiliation</w:t>
      </w:r>
    </w:p>
    <w:p>
      <w:pPr>
        <w:ind w:left="360"/>
      </w:pPr>
      <w:r>
        <w:t>7. Dean Ocean Abrams, No Party Affiliation</w:t>
      </w:r>
    </w:p>
    <w:p>
      <w:pPr>
        <w:ind w:left="360"/>
      </w:pPr>
      <w:r>
        <w:t>8. Jeffrey Peter "Dr. Jeff" Datto, No Party Affiliation</w:t>
      </w:r>
    </w:p>
    <w:p>
      <w:pPr>
        <w:ind w:left="360"/>
      </w:pPr>
      <w:r>
        <w:t>9. Someone else</w:t>
      </w:r>
    </w:p>
    <w:p>
      <w:pPr>
        <w:ind w:left="360"/>
      </w:pPr>
      <w:r>
        <w:t>10. Still undecided</w:t>
      </w:r>
    </w:p>
    <w:p/>
    <w:p>
      <w:r>
        <w:rPr>
          <w:color w:val="6B7280"/>
          <w:sz w:val="16"/>
        </w:rPr>
        <w:t>ASK IF Q1 != Already voted</w:t>
      </w:r>
    </w:p>
    <w:p>
      <w:r>
        <w:rPr>
          <w:color w:val="6B7280"/>
          <w:sz w:val="16"/>
        </w:rPr>
        <w:t>ASK IF Q7 IN [Byron Donalds, Republican | David Jolly, Democrat | Scott Eckhard Jewett, Libertarian | Charles Burkett, No Party Affiliation | Frank J. Russo, No Party Affiliation | Moliere "Moe" Dimanche, No Party Affiliation | Dean Ocean Abrams, No Party Affiliation | Jeffrey Peter "Dr. Jeff" Datto, No Party Affiliation]</w:t>
      </w:r>
    </w:p>
    <w:p>
      <w:r>
        <w:rPr>
          <w:b/>
        </w:rPr>
        <w:t>Q9. Are you definitely or probably going to vote for that candidate?</w:t>
      </w:r>
      <w:r>
        <w:rPr>
          <w:color w:val="6B7280"/>
          <w:sz w:val="16"/>
        </w:rPr>
        <w:t xml:space="preserve"> (KEY: governor_vote_current_intensity) (SINGLE RESPONSE) (FIXED ORDER)</w:t>
      </w:r>
    </w:p>
    <w:p>
      <w:pPr>
        <w:ind w:left="360"/>
      </w:pPr>
      <w:r>
        <w:t>1. Definitely</w:t>
      </w:r>
    </w:p>
    <w:p>
      <w:pPr>
        <w:ind w:left="360"/>
      </w:pPr>
      <w:r>
        <w:t>2. Probably</w:t>
      </w:r>
    </w:p>
    <w:p>
      <w:pPr>
        <w:ind w:left="360"/>
      </w:pPr>
      <w:r>
        <w:t>3. Don't know / No opinion</w:t>
      </w:r>
    </w:p>
    <w:p/>
    <w:p>
      <w:r>
        <w:rPr>
          <w:b/>
        </w:rPr>
        <w:t>Q10. Who did you vote for in the 2024 presidential election between Donald Trump and Kamala Harris, or did you not vote?</w:t>
      </w:r>
      <w:r>
        <w:rPr>
          <w:color w:val="6B7280"/>
          <w:sz w:val="16"/>
        </w:rPr>
        <w:t xml:space="preserve"> (KEY: pres_2024_recall) (SINGLE RESPONSE) (FIXED ORDER)</w:t>
      </w:r>
    </w:p>
    <w:p>
      <w:pPr>
        <w:ind w:left="360"/>
      </w:pPr>
      <w:r>
        <w:t>1. Donald Trump</w:t>
      </w:r>
    </w:p>
    <w:p>
      <w:pPr>
        <w:ind w:left="360"/>
      </w:pPr>
      <w:r>
        <w:t>2. Kamala Harris</w:t>
      </w:r>
    </w:p>
    <w:p>
      <w:pPr>
        <w:ind w:left="360"/>
      </w:pPr>
      <w:r>
        <w:t>3. Someone else</w:t>
      </w:r>
    </w:p>
    <w:p>
      <w:pPr>
        <w:ind w:left="360"/>
      </w:pPr>
      <w:r>
        <w:t>4. I did not vote</w:t>
      </w:r>
    </w:p>
    <w:p>
      <w:pPr>
        <w:ind w:left="360"/>
      </w:pPr>
      <w:r>
        <w:t>5. Don't know / No opinion</w:t>
      </w:r>
    </w:p>
    <w:p/>
    <w:p>
      <w:r>
        <w:rPr>
          <w:b/>
        </w:rPr>
        <w:t>Q11. How much have you thought about this election?</w:t>
      </w:r>
      <w:r>
        <w:rPr>
          <w:color w:val="6B7280"/>
          <w:sz w:val="16"/>
        </w:rPr>
        <w:t xml:space="preserve"> (KEY: election_attention) (SINGLE RESPONSE) (FIXED ORDER)</w:t>
      </w:r>
    </w:p>
    <w:p>
      <w:pPr>
        <w:ind w:left="360"/>
      </w:pPr>
      <w:r>
        <w:t>1. A great deal</w:t>
      </w:r>
    </w:p>
    <w:p>
      <w:pPr>
        <w:ind w:left="360"/>
      </w:pPr>
      <w:r>
        <w:t>2. Some</w:t>
      </w:r>
    </w:p>
    <w:p>
      <w:pPr>
        <w:ind w:left="360"/>
      </w:pPr>
      <w:r>
        <w:t>3. A little</w:t>
      </w:r>
    </w:p>
    <w:p>
      <w:pPr>
        <w:ind w:left="360"/>
      </w:pPr>
      <w:r>
        <w:t>4. Not at all</w:t>
      </w:r>
    </w:p>
    <w:p>
      <w:pPr>
        <w:ind w:left="360"/>
      </w:pPr>
      <w:r>
        <w:t>5. Don't know / No opinion</w:t>
      </w:r>
    </w:p>
    <w:p>
      <w:pPr>
        <w:ind w:left="360"/>
      </w:pPr>
      <w:r>
        <w:t>6. Prefer not to answer</w:t>
      </w:r>
    </w:p>
    <w:p/>
    <w:p>
      <w:r>
        <w:rPr>
          <w:color w:val="6B7280"/>
          <w:sz w:val="16"/>
        </w:rPr>
        <w:t>ASK IF Q1 != Already voted</w:t>
      </w:r>
    </w:p>
    <w:p>
      <w:r>
        <w:rPr>
          <w:b/>
        </w:rPr>
        <w:t>Q12. When it comes to the November election, would you say you are very enthusiastic about voting, somewhat enthusiastic, not very enthusiastic, or not at all enthusiastic?</w:t>
      </w:r>
      <w:r>
        <w:rPr>
          <w:color w:val="6B7280"/>
          <w:sz w:val="16"/>
        </w:rPr>
        <w:t xml:space="preserve"> (KEY: enthusiasm) (SINGLE RESPONSE) (FIXED ORDER)</w:t>
      </w:r>
    </w:p>
    <w:p>
      <w:pPr>
        <w:ind w:left="360"/>
      </w:pPr>
      <w:r>
        <w:t>1. Very enthusiastic</w:t>
      </w:r>
    </w:p>
    <w:p>
      <w:pPr>
        <w:ind w:left="360"/>
      </w:pPr>
      <w:r>
        <w:t>2. Somewhat enthusiastic</w:t>
      </w:r>
    </w:p>
    <w:p>
      <w:pPr>
        <w:ind w:left="360"/>
      </w:pPr>
      <w:r>
        <w:t>3. Not very enthusiastic</w:t>
      </w:r>
    </w:p>
    <w:p>
      <w:pPr>
        <w:ind w:left="360"/>
      </w:pPr>
      <w:r>
        <w:t>4. Not at all enthusiastic</w:t>
      </w:r>
    </w:p>
    <w:p>
      <w:pPr>
        <w:ind w:left="360"/>
      </w:pPr>
      <w:r>
        <w:t>5. Don't know / No opinion</w:t>
      </w:r>
    </w:p>
    <w:p/>
    <w:p>
      <w:r>
        <w:rPr>
          <w:color w:val="6B7280"/>
          <w:sz w:val="16"/>
        </w:rPr>
        <w:t>ASK IF Q1 != Already voted</w:t>
      </w:r>
    </w:p>
    <w:p>
      <w:r>
        <w:rPr>
          <w:b/>
        </w:rPr>
        <w:t>Q13. On a scale from 0 to 9, where 0 means you definitely will not vote and 9 means you definitely will vote, how likely are you to vote in this election?</w:t>
      </w:r>
      <w:r>
        <w:rPr>
          <w:color w:val="6B7280"/>
          <w:sz w:val="16"/>
        </w:rPr>
        <w:t xml:space="preserve"> (KEY: turnout_intention_0_9) (SINGLE RESPONSE) (FIXED ORDER)</w:t>
      </w:r>
    </w:p>
    <w:p>
      <w:pPr>
        <w:ind w:left="360"/>
      </w:pPr>
      <w:r>
        <w:t>1. 0</w:t>
      </w:r>
    </w:p>
    <w:p>
      <w:pPr>
        <w:ind w:left="360"/>
      </w:pPr>
      <w:r>
        <w:t>2. 1</w:t>
      </w:r>
    </w:p>
    <w:p>
      <w:pPr>
        <w:ind w:left="360"/>
      </w:pPr>
      <w:r>
        <w:t>3. 2</w:t>
      </w:r>
    </w:p>
    <w:p>
      <w:pPr>
        <w:ind w:left="360"/>
      </w:pPr>
      <w:r>
        <w:t>4. 3</w:t>
      </w:r>
    </w:p>
    <w:p>
      <w:pPr>
        <w:ind w:left="360"/>
      </w:pPr>
      <w:r>
        <w:t>5. 4</w:t>
      </w:r>
    </w:p>
    <w:p>
      <w:pPr>
        <w:ind w:left="360"/>
      </w:pPr>
      <w:r>
        <w:t>6. 5</w:t>
      </w:r>
    </w:p>
    <w:p>
      <w:pPr>
        <w:ind w:left="360"/>
      </w:pPr>
      <w:r>
        <w:t>7. 6</w:t>
      </w:r>
    </w:p>
    <w:p>
      <w:pPr>
        <w:ind w:left="360"/>
      </w:pPr>
      <w:r>
        <w:t>8. 7</w:t>
      </w:r>
    </w:p>
    <w:p>
      <w:pPr>
        <w:ind w:left="360"/>
      </w:pPr>
      <w:r>
        <w:t>9. 8</w:t>
      </w:r>
    </w:p>
    <w:p>
      <w:pPr>
        <w:ind w:left="360"/>
      </w:pPr>
      <w:r>
        <w:t>10. 9</w:t>
      </w:r>
    </w:p>
    <w:p>
      <w:pPr>
        <w:ind w:left="360"/>
      </w:pPr>
      <w:r>
        <w:t>11. Don't know / No opinion</w:t>
      </w:r>
    </w:p>
    <w:p>
      <w:pPr>
        <w:ind w:left="360"/>
      </w:pPr>
      <w:r>
        <w:t>12. Prefer not to answer</w:t>
      </w:r>
    </w:p>
    <w:p/>
    <w:p>
      <w:r>
        <w:rPr>
          <w:color w:val="6B7280"/>
          <w:sz w:val="16"/>
        </w:rPr>
        <w:t>ASK IF Q1 = Already voted</w:t>
      </w:r>
    </w:p>
    <w:p>
      <w:r>
        <w:rPr>
          <w:b/>
        </w:rPr>
        <w:t>Q14. When did you cast your ballot in the November 3, 2026 general election? If you voted by mail, please tell us when you mailed or returned your ballot.</w:t>
      </w:r>
      <w:r>
        <w:rPr>
          <w:color w:val="6B7280"/>
          <w:sz w:val="16"/>
        </w:rPr>
        <w:t xml:space="preserve"> (KEY: vote_timing_oct23) (SINGLE RESPONSE) (FIXED ORDER)</w:t>
      </w:r>
    </w:p>
    <w:p>
      <w:pPr>
        <w:ind w:left="360"/>
      </w:pPr>
      <w:r>
        <w:t>1. On or before October 23</w:t>
      </w:r>
    </w:p>
    <w:p>
      <w:pPr>
        <w:ind w:left="360"/>
      </w:pPr>
      <w:r>
        <w:t>2. October 24 or later</w:t>
      </w:r>
    </w:p>
    <w:p>
      <w:pPr>
        <w:ind w:left="360"/>
      </w:pPr>
      <w:r>
        <w:t>3. Don't know / No opinion</w:t>
      </w:r>
    </w:p>
    <w:p/>
    <w:p>
      <w:r>
        <w:rPr>
          <w:color w:val="6B7280"/>
          <w:sz w:val="16"/>
        </w:rPr>
        <w:t>ASK IF Q1 = Already voted</w:t>
      </w:r>
    </w:p>
    <w:p>
      <w:r>
        <w:rPr>
          <w:b/>
        </w:rPr>
        <w:t>Q15. How did you cast your ballot in the November 3, 2026 general election?</w:t>
      </w:r>
      <w:r>
        <w:rPr>
          <w:color w:val="6B7280"/>
          <w:sz w:val="16"/>
        </w:rPr>
        <w:t xml:space="preserve"> (KEY: vote_method_cast_20261030) (SINGLE RESPONSE) (FIXED ORDER)</w:t>
      </w:r>
    </w:p>
    <w:p>
      <w:pPr>
        <w:ind w:left="360"/>
      </w:pPr>
      <w:r>
        <w:t>1. In person at an early voting location</w:t>
      </w:r>
    </w:p>
    <w:p>
      <w:pPr>
        <w:ind w:left="360"/>
      </w:pPr>
      <w:r>
        <w:t>2. By mail</w:t>
      </w:r>
    </w:p>
    <w:p>
      <w:pPr>
        <w:ind w:left="360"/>
      </w:pPr>
      <w:r>
        <w:t>3. By returning a mail ballot to a drop box or election office</w:t>
      </w:r>
    </w:p>
    <w:p>
      <w:pPr>
        <w:ind w:left="360"/>
      </w:pPr>
      <w:r>
        <w:t>4. In person on Election Day</w:t>
      </w:r>
    </w:p>
    <w:p>
      <w:pPr>
        <w:ind w:left="360"/>
      </w:pPr>
      <w:r>
        <w:t>5. Another way</w:t>
      </w:r>
    </w:p>
    <w:p>
      <w:pPr>
        <w:ind w:left="360"/>
      </w:pPr>
      <w:r>
        <w:t>6. Don't know / Prefer not to answer</w:t>
      </w:r>
    </w:p>
    <w:p/>
    <w:p>
      <w:r>
        <w:rPr>
          <w:color w:val="6B7280"/>
          <w:sz w:val="16"/>
        </w:rPr>
        <w:t>ASK IF Q1 != Already voted</w:t>
      </w:r>
    </w:p>
    <w:p>
      <w:r>
        <w:rPr>
          <w:b/>
        </w:rPr>
        <w:t>Q16. How do you currently plan to cast your ballot in the November 3, 2026 general election?</w:t>
      </w:r>
      <w:r>
        <w:rPr>
          <w:color w:val="6B7280"/>
          <w:sz w:val="16"/>
        </w:rPr>
        <w:t xml:space="preserve"> (KEY: vote_method_planned_20261030) (SINGLE RESPONSE) (FIXED ORDER)</w:t>
      </w:r>
    </w:p>
    <w:p>
      <w:pPr>
        <w:ind w:left="360"/>
      </w:pPr>
      <w:r>
        <w:t>1. In person at an early voting location</w:t>
      </w:r>
    </w:p>
    <w:p>
      <w:pPr>
        <w:ind w:left="360"/>
      </w:pPr>
      <w:r>
        <w:t>2. In person on Election Day</w:t>
      </w:r>
    </w:p>
    <w:p>
      <w:pPr>
        <w:ind w:left="360"/>
      </w:pPr>
      <w:r>
        <w:t>3. By mail</w:t>
      </w:r>
    </w:p>
    <w:p>
      <w:pPr>
        <w:ind w:left="360"/>
      </w:pPr>
      <w:r>
        <w:t>4. By returning a mail ballot to a drop box or election office</w:t>
      </w:r>
    </w:p>
    <w:p>
      <w:pPr>
        <w:ind w:left="360"/>
      </w:pPr>
      <w:r>
        <w:t>5. Another way</w:t>
      </w:r>
    </w:p>
    <w:p>
      <w:pPr>
        <w:ind w:left="360"/>
      </w:pPr>
      <w:r>
        <w:t>6. Not sure yet</w:t>
      </w:r>
    </w:p>
    <w:p>
      <w:pPr>
        <w:ind w:left="360"/>
      </w:pPr>
      <w:r>
        <w:t>7. I do not plan to vote</w:t>
      </w:r>
    </w:p>
    <w:p/>
    <w:p>
      <w:r>
        <w:rPr>
          <w:color w:val="6B7280"/>
          <w:sz w:val="16"/>
        </w:rPr>
        <w:t>ASK IF Q1 != Already voted</w:t>
      </w:r>
    </w:p>
    <w:p>
      <w:r>
        <w:rPr>
          <w:b/>
        </w:rPr>
        <w:t>Q17. When do you currently plan to cast or return your ballot? If voting by mail, please tell us when you plan to mail or return it.</w:t>
      </w:r>
      <w:r>
        <w:rPr>
          <w:color w:val="6B7280"/>
          <w:sz w:val="16"/>
        </w:rPr>
        <w:t xml:space="preserve"> (KEY: vote_when_planned_20261030) (SINGLE RESPONSE) (FIXED ORDER)</w:t>
      </w:r>
    </w:p>
    <w:p>
      <w:pPr>
        <w:ind w:left="360"/>
      </w:pPr>
      <w:r>
        <w:t>1. Before Election Day, November 3</w:t>
      </w:r>
    </w:p>
    <w:p>
      <w:pPr>
        <w:ind w:left="360"/>
      </w:pPr>
      <w:r>
        <w:t>2. On Election Day, November 3</w:t>
      </w:r>
    </w:p>
    <w:p>
      <w:pPr>
        <w:ind w:left="360"/>
      </w:pPr>
      <w:r>
        <w:t>3. After Election Day, November 3</w:t>
      </w:r>
    </w:p>
    <w:p>
      <w:pPr>
        <w:ind w:left="360"/>
      </w:pPr>
      <w:r>
        <w:t>4. Not sure yet</w:t>
      </w:r>
    </w:p>
    <w:p>
      <w:pPr>
        <w:ind w:left="360"/>
      </w:pPr>
      <w:r>
        <w:t>5. I do not plan to vote</w:t>
      </w:r>
    </w:p>
    <w:p/>
    <w:p>
      <w:r>
        <w:rPr>
          <w:color w:val="6B7280"/>
          <w:sz w:val="16"/>
        </w:rPr>
        <w:t>ASK IF Q1 = Already voted</w:t>
      </w:r>
    </w:p>
    <w:p>
      <w:r>
        <w:rPr>
          <w:b/>
        </w:rPr>
        <w:t>Q18. Thinking back to when you cast your ballot, how did you feel about voting in this election?</w:t>
      </w:r>
      <w:r>
        <w:rPr>
          <w:color w:val="6B7280"/>
          <w:sz w:val="16"/>
        </w:rPr>
        <w:t xml:space="preserve"> (KEY: voting_feeling_recalled_20261030) (SINGLE RESPONSE) (FIXED ORDER)</w:t>
      </w:r>
    </w:p>
    <w:p>
      <w:pPr>
        <w:ind w:left="360"/>
      </w:pPr>
      <w:r>
        <w:t>1. Very enthusiastic</w:t>
      </w:r>
    </w:p>
    <w:p>
      <w:pPr>
        <w:ind w:left="360"/>
      </w:pPr>
      <w:r>
        <w:t>2. Somewhat enthusiastic</w:t>
      </w:r>
    </w:p>
    <w:p>
      <w:pPr>
        <w:ind w:left="360"/>
      </w:pPr>
      <w:r>
        <w:t>3. Not very enthusiastic</w:t>
      </w:r>
    </w:p>
    <w:p>
      <w:pPr>
        <w:ind w:left="360"/>
      </w:pPr>
      <w:r>
        <w:t>4. Not at all enthusiastic</w:t>
      </w:r>
    </w:p>
    <w:p>
      <w:pPr>
        <w:ind w:left="360"/>
      </w:pPr>
      <w:r>
        <w:t>5. Don't know / No opinion</w:t>
      </w:r>
    </w:p>
    <w:p/>
    <w:p>
      <w:r>
        <w:rPr>
          <w:b/>
        </w:rPr>
        <w:t>Q19. What is your age?</w:t>
      </w:r>
      <w:r>
        <w:rPr>
          <w:color w:val="6B7280"/>
          <w:sz w:val="16"/>
        </w:rPr>
        <w:t xml:space="preserve"> (KEY: age_band) (SINGLE RESPONSE) (FIXED ORDER)</w:t>
      </w:r>
    </w:p>
    <w:p>
      <w:pPr>
        <w:ind w:left="360"/>
      </w:pPr>
      <w:r>
        <w:t>1. 18 to 29</w:t>
      </w:r>
    </w:p>
    <w:p>
      <w:pPr>
        <w:ind w:left="360"/>
      </w:pPr>
      <w:r>
        <w:t>2. 30 to 44</w:t>
      </w:r>
    </w:p>
    <w:p>
      <w:pPr>
        <w:ind w:left="360"/>
      </w:pPr>
      <w:r>
        <w:t>3. 45 to 54</w:t>
      </w:r>
    </w:p>
    <w:p>
      <w:pPr>
        <w:ind w:left="360"/>
      </w:pPr>
      <w:r>
        <w:t>4. 55 to 64</w:t>
      </w:r>
    </w:p>
    <w:p>
      <w:pPr>
        <w:ind w:left="360"/>
      </w:pPr>
      <w:r>
        <w:t>5. 65 or older</w:t>
      </w:r>
    </w:p>
    <w:p>
      <w:pPr>
        <w:ind w:left="360"/>
      </w:pPr>
      <w:r>
        <w:t>6. Prefer not to answer</w:t>
      </w:r>
    </w:p>
    <w:p/>
    <w:p>
      <w:r>
        <w:rPr>
          <w:b/>
        </w:rPr>
        <w:t>Q20. What is your gender?</w:t>
      </w:r>
      <w:r>
        <w:rPr>
          <w:color w:val="6B7280"/>
          <w:sz w:val="16"/>
        </w:rPr>
        <w:t xml:space="preserve"> (KEY: gender) (SINGLE RESPONSE) (FIXED ORDER)</w:t>
      </w:r>
    </w:p>
    <w:p>
      <w:pPr>
        <w:ind w:left="360"/>
      </w:pPr>
      <w:r>
        <w:t>1. Man</w:t>
      </w:r>
    </w:p>
    <w:p>
      <w:pPr>
        <w:ind w:left="360"/>
      </w:pPr>
      <w:r>
        <w:t>2. Woman</w:t>
      </w:r>
    </w:p>
    <w:p>
      <w:pPr>
        <w:ind w:left="360"/>
      </w:pPr>
      <w:r>
        <w:t>3. Nonbinary or another gender</w:t>
      </w:r>
    </w:p>
    <w:p>
      <w:pPr>
        <w:ind w:left="360"/>
      </w:pPr>
      <w:r>
        <w:t>4. Prefer not to answer</w:t>
      </w:r>
    </w:p>
    <w:p/>
    <w:p>
      <w:r>
        <w:rPr>
          <w:b/>
        </w:rPr>
        <w:t>Q21. Are you Hispanic or Latino?</w:t>
      </w:r>
      <w:r>
        <w:rPr>
          <w:color w:val="6B7280"/>
          <w:sz w:val="16"/>
        </w:rPr>
        <w:t xml:space="preserve"> (KEY: hispanic) (SINGLE RESPONSE) (FIXED ORDER)</w:t>
      </w:r>
    </w:p>
    <w:p>
      <w:pPr>
        <w:ind w:left="360"/>
      </w:pPr>
      <w:r>
        <w:t>1. Yes</w:t>
      </w:r>
    </w:p>
    <w:p>
      <w:pPr>
        <w:ind w:left="360"/>
      </w:pPr>
      <w:r>
        <w:t>2. No</w:t>
      </w:r>
    </w:p>
    <w:p>
      <w:pPr>
        <w:ind w:left="360"/>
      </w:pPr>
      <w:r>
        <w:t>3. Prefer not to answer</w:t>
      </w:r>
    </w:p>
    <w:p/>
    <w:p>
      <w:r>
        <w:rPr>
          <w:b/>
        </w:rPr>
        <w:t>Q22. How would you describe your racial background?</w:t>
      </w:r>
      <w:r>
        <w:rPr>
          <w:color w:val="6B7280"/>
          <w:sz w:val="16"/>
        </w:rPr>
        <w:t xml:space="preserve"> (KEY: race) (SINGLE RESPONSE) (FIXED ORDER)</w:t>
      </w:r>
    </w:p>
    <w:p>
      <w:pPr>
        <w:ind w:left="360"/>
      </w:pPr>
      <w:r>
        <w:t>1. White</w:t>
      </w:r>
    </w:p>
    <w:p>
      <w:pPr>
        <w:ind w:left="360"/>
      </w:pPr>
      <w:r>
        <w:t>2. Black or African American</w:t>
      </w:r>
    </w:p>
    <w:p>
      <w:pPr>
        <w:ind w:left="360"/>
      </w:pPr>
      <w:r>
        <w:t>3. Asian or Pacific Islander</w:t>
      </w:r>
    </w:p>
    <w:p>
      <w:pPr>
        <w:ind w:left="360"/>
      </w:pPr>
      <w:r>
        <w:t>4. Native American or Indigenous</w:t>
      </w:r>
    </w:p>
    <w:p>
      <w:pPr>
        <w:ind w:left="360"/>
      </w:pPr>
      <w:r>
        <w:t>5. Middle Eastern or North African</w:t>
      </w:r>
    </w:p>
    <w:p>
      <w:pPr>
        <w:ind w:left="360"/>
      </w:pPr>
      <w:r>
        <w:t>6. Other or multiracial</w:t>
      </w:r>
    </w:p>
    <w:p>
      <w:pPr>
        <w:ind w:left="360"/>
      </w:pPr>
      <w:r>
        <w:t>7. Prefer not to answer</w:t>
      </w:r>
    </w:p>
    <w:p/>
    <w:p>
      <w:r>
        <w:rPr>
          <w:b/>
        </w:rPr>
        <w:t>Q23. What is the highest level of school you have completed?</w:t>
      </w:r>
      <w:r>
        <w:rPr>
          <w:color w:val="6B7280"/>
          <w:sz w:val="16"/>
        </w:rPr>
        <w:t xml:space="preserve"> (KEY: education) (SINGLE RESPONSE) (FIXED ORDER)</w:t>
      </w:r>
    </w:p>
    <w:p>
      <w:pPr>
        <w:ind w:left="360"/>
      </w:pPr>
      <w:r>
        <w:t>1. Less than high school</w:t>
      </w:r>
    </w:p>
    <w:p>
      <w:pPr>
        <w:ind w:left="360"/>
      </w:pPr>
      <w:r>
        <w:t>2. High school graduate</w:t>
      </w:r>
    </w:p>
    <w:p>
      <w:pPr>
        <w:ind w:left="360"/>
      </w:pPr>
      <w:r>
        <w:t>3. Vocational or trade school</w:t>
      </w:r>
    </w:p>
    <w:p>
      <w:pPr>
        <w:ind w:left="360"/>
      </w:pPr>
      <w:r>
        <w:t>4. Some college, no degree</w:t>
      </w:r>
    </w:p>
    <w:p>
      <w:pPr>
        <w:ind w:left="360"/>
      </w:pPr>
      <w:r>
        <w:t>5. Associate's degree</w:t>
      </w:r>
    </w:p>
    <w:p>
      <w:pPr>
        <w:ind w:left="360"/>
      </w:pPr>
      <w:r>
        <w:t>6. Bachelor's degree</w:t>
      </w:r>
    </w:p>
    <w:p>
      <w:pPr>
        <w:ind w:left="360"/>
      </w:pPr>
      <w:r>
        <w:t>7. Graduate or professional degree</w:t>
      </w:r>
    </w:p>
    <w:p>
      <w:pPr>
        <w:ind w:left="360"/>
      </w:pPr>
      <w:r>
        <w:t>8. Prefer not to answer</w:t>
      </w:r>
    </w:p>
    <w:p/>
    <w:p>
      <w:r>
        <w:rPr>
          <w:b/>
        </w:rPr>
        <w:t>Q24. Do you consider yourself a Democrat, a Republican, an independent or a member of another party?</w:t>
      </w:r>
      <w:r>
        <w:rPr>
          <w:color w:val="6B7280"/>
          <w:sz w:val="16"/>
        </w:rPr>
        <w:t xml:space="preserve"> (KEY: party_identity) (SINGLE RESPONSE) (FIXED ORDER)</w:t>
      </w:r>
    </w:p>
    <w:p>
      <w:pPr>
        <w:ind w:left="360"/>
      </w:pPr>
      <w:r>
        <w:t>1. Democrat</w:t>
      </w:r>
    </w:p>
    <w:p>
      <w:pPr>
        <w:ind w:left="360"/>
      </w:pPr>
      <w:r>
        <w:t>2. Republican</w:t>
      </w:r>
    </w:p>
    <w:p>
      <w:pPr>
        <w:ind w:left="360"/>
      </w:pPr>
      <w:r>
        <w:t>3. Independent</w:t>
      </w:r>
    </w:p>
    <w:p>
      <w:pPr>
        <w:ind w:left="360"/>
      </w:pPr>
      <w:r>
        <w:t>4. Another party</w:t>
      </w:r>
    </w:p>
    <w:p>
      <w:pPr>
        <w:ind w:left="360"/>
      </w:pPr>
      <w:r>
        <w:t>5. Don't know / No opinion</w:t>
      </w:r>
    </w:p>
    <w:p/>
    <w:p>
      <w:r>
        <w:rPr>
          <w:color w:val="6B7280"/>
          <w:sz w:val="16"/>
        </w:rPr>
        <w:t>ASK IF Q24 = Democrat</w:t>
      </w:r>
    </w:p>
    <w:p>
      <w:r>
        <w:rPr>
          <w:b/>
        </w:rPr>
        <w:t>Q25. Would you call yourself a strong Democrat or a not very strong Democrat?</w:t>
      </w:r>
      <w:r>
        <w:rPr>
          <w:color w:val="6B7280"/>
          <w:sz w:val="16"/>
        </w:rPr>
        <w:t xml:space="preserve"> (KEY: party_strength_democrat) (SINGLE RESPONSE) (FIXED ORDER)</w:t>
      </w:r>
    </w:p>
    <w:p>
      <w:pPr>
        <w:ind w:left="360"/>
      </w:pPr>
      <w:r>
        <w:t>1. Strong Democrat</w:t>
      </w:r>
    </w:p>
    <w:p>
      <w:pPr>
        <w:ind w:left="360"/>
      </w:pPr>
      <w:r>
        <w:t>2. Not very strong Democrat</w:t>
      </w:r>
    </w:p>
    <w:p>
      <w:pPr>
        <w:ind w:left="360"/>
      </w:pPr>
      <w:r>
        <w:t>3. Don't know / No opinion</w:t>
      </w:r>
    </w:p>
    <w:p/>
    <w:p>
      <w:r>
        <w:rPr>
          <w:color w:val="6B7280"/>
          <w:sz w:val="16"/>
        </w:rPr>
        <w:t>ASK IF Q24 = Republican</w:t>
      </w:r>
    </w:p>
    <w:p>
      <w:r>
        <w:rPr>
          <w:b/>
        </w:rPr>
        <w:t>Q26. Would you call yourself a strong Republican or a not very strong Republican?</w:t>
      </w:r>
      <w:r>
        <w:rPr>
          <w:color w:val="6B7280"/>
          <w:sz w:val="16"/>
        </w:rPr>
        <w:t xml:space="preserve"> (KEY: party_strength_republican) (SINGLE RESPONSE) (FIXED ORDER)</w:t>
      </w:r>
    </w:p>
    <w:p>
      <w:pPr>
        <w:ind w:left="360"/>
      </w:pPr>
      <w:r>
        <w:t>1. Strong Republican</w:t>
      </w:r>
    </w:p>
    <w:p>
      <w:pPr>
        <w:ind w:left="360"/>
      </w:pPr>
      <w:r>
        <w:t>2. Not very strong Republican</w:t>
      </w:r>
    </w:p>
    <w:p>
      <w:pPr>
        <w:ind w:left="360"/>
      </w:pPr>
      <w:r>
        <w:t>3. Don't know / No opinion</w:t>
      </w:r>
    </w:p>
    <w:p/>
    <w:p>
      <w:r>
        <w:rPr>
          <w:color w:val="6B7280"/>
          <w:sz w:val="16"/>
        </w:rPr>
        <w:t>ASK IF Q24 IN [Independent | Another party | Don't know / No opinion]</w:t>
      </w:r>
    </w:p>
    <w:p>
      <w:r>
        <w:rPr>
          <w:b/>
        </w:rPr>
        <w:t>Q27. And as of today, do you lean more to the Democratic Party, the Republican Party, or neither?</w:t>
      </w:r>
      <w:r>
        <w:rPr>
          <w:color w:val="6B7280"/>
          <w:sz w:val="16"/>
        </w:rPr>
        <w:t xml:space="preserve"> (KEY: party_lean) (SINGLE RESPONSE) (FIXED ORDER)</w:t>
      </w:r>
    </w:p>
    <w:p>
      <w:pPr>
        <w:ind w:left="360"/>
      </w:pPr>
      <w:r>
        <w:t>1. The Democratic Party</w:t>
      </w:r>
    </w:p>
    <w:p>
      <w:pPr>
        <w:ind w:left="360"/>
      </w:pPr>
      <w:r>
        <w:t>2. The Republican Party</w:t>
      </w:r>
    </w:p>
    <w:p>
      <w:pPr>
        <w:ind w:left="360"/>
      </w:pPr>
      <w:r>
        <w:t>3. Neither</w:t>
      </w:r>
    </w:p>
    <w:p>
      <w:pPr>
        <w:ind w:left="360"/>
      </w:pPr>
      <w:r>
        <w:t>4. Don't know / No opinion</w:t>
      </w:r>
    </w:p>
    <w:p/>
    <w:p>
      <w:r>
        <w:rPr>
          <w:b/>
        </w:rPr>
        <w:t>Q28. If Democrats win control of the Senate in the 2026 election, which of these people would you prefer to see as Senate Majority Leader?</w:t>
      </w:r>
      <w:r>
        <w:rPr>
          <w:color w:val="6B7280"/>
          <w:sz w:val="16"/>
        </w:rPr>
        <w:t xml:space="preserve"> (KEY: senate_majority_leader_choice_20261030) (SINGLE RESPONSE) (RANDOMIZE OPTIONS)</w:t>
      </w:r>
    </w:p>
    <w:p>
      <w:pPr>
        <w:ind w:left="360"/>
      </w:pPr>
      <w:r>
        <w:t>1. Chuck Schumer</w:t>
      </w:r>
    </w:p>
    <w:p>
      <w:pPr>
        <w:ind w:left="360"/>
      </w:pPr>
      <w:r>
        <w:t>2. Bernie Sanders</w:t>
      </w:r>
    </w:p>
    <w:p>
      <w:pPr>
        <w:ind w:left="360"/>
      </w:pPr>
      <w:r>
        <w:t>3. Someone else</w:t>
      </w:r>
    </w:p>
    <w:p>
      <w:pPr>
        <w:ind w:left="360"/>
      </w:pPr>
      <w:r>
        <w:t>4. No opinion</w:t>
      </w:r>
    </w:p>
    <w:p/>
    <w:p>
      <w:r>
        <w:rPr>
          <w:b/>
        </w:rPr>
        <w:t>Q29. If Democrats win control of the House of Representatives in the 2026 election, which of these people would you prefer to see as Speaker of the House?</w:t>
      </w:r>
      <w:r>
        <w:rPr>
          <w:color w:val="6B7280"/>
          <w:sz w:val="16"/>
        </w:rPr>
        <w:t xml:space="preserve"> (KEY: house_speaker_choice_20261030) (SINGLE RESPONSE) (RANDOMIZE OPTIONS)</w:t>
      </w:r>
    </w:p>
    <w:p>
      <w:pPr>
        <w:ind w:left="360"/>
      </w:pPr>
      <w:r>
        <w:t>1. Hakeem Jeffries</w:t>
      </w:r>
    </w:p>
    <w:p>
      <w:pPr>
        <w:ind w:left="360"/>
      </w:pPr>
      <w:r>
        <w:t>2. Alexandria Ocasio-Cortez</w:t>
      </w:r>
    </w:p>
    <w:p>
      <w:pPr>
        <w:ind w:left="360"/>
      </w:pPr>
      <w:r>
        <w:t>3. Someone else</w:t>
      </w:r>
    </w:p>
    <w:p>
      <w:pPr>
        <w:ind w:left="360"/>
      </w:pPr>
      <w:r>
        <w:t>4. No opinion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