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Crosstabs</w:t>
      </w:r>
    </w:p>
    <w:p>
      <w:r>
        <w:t>FL 2026 general — final week (main sample, provisional)</w:t>
      </w:r>
    </w:p>
    <w:p>
      <w:r>
        <w:rPr>
          <w:color w:val="60758A"/>
        </w:rPr>
        <w:t>Weighted row percentages. A dash marks an answer given by fewer than 30 respondents in the group. A group with a small effective base or a high design effect shows its values with a caution and its base; the margin of error includes it. On ballot items, 'Not sure' is displayed as 'Undecided.'</w:t>
      </w:r>
    </w:p>
    <w:p>
      <w:r>
        <w:t>Weighting: AFWH house rule (tied-set average; 98% on recipes held to recalled vote among voter-file-verified 2024 voters; 2% on recipes held to all recalled vote)</w:t>
      </w:r>
    </w:p>
    <w:p>
      <w:pPr>
        <w:pStyle w:val="Heading1"/>
      </w:pPr>
      <w:r>
        <w:t>Senate ballot choice</w:t>
      </w:r>
    </w:p>
    <w:p>
      <w:r>
        <w:rPr>
          <w:color w:val="60758A"/>
          <w:sz w:val="16"/>
        </w:rPr>
        <w:t>Total base n=2,898 · effective n=2,120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616"/>
        <w:gridCol w:w="1616"/>
        <w:gridCol w:w="1616"/>
        <w:gridCol w:w="1616"/>
        <w:gridCol w:w="1616"/>
        <w:gridCol w:w="1616"/>
        <w:gridCol w:w="1616"/>
        <w:gridCol w:w="1616"/>
        <w:gridCol w:w="1616"/>
      </w:tblGrid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Ashley Moody, Republican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Angie Nixon, Democrat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Prefer not to answer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Undecided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Neil J. Gillespie, No Party Affiliation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Did not vote in this race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Someone else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2,898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0.5%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207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16.7%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77.9%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70.1%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44);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(42 respondents, effective n 34);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(88 respondents, effective n 64);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1,936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2.0%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33.5%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1,364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47.5%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46.0%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3.1%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1.9%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1,449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(85 respondents, effective n 64);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1,245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85.2%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8.4%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2.5%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994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(132 respondents, effective n 86);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57.4%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1,137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90.4%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5.1%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94.1%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758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5.3%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(97 respondents, effective n 71);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623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53.4%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40.7%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47.0%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60.5%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233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If you had to decide today, which candidate would you lean more toward?</w:t>
      </w:r>
    </w:p>
    <w:p>
      <w:r>
        <w:rPr>
          <w:color w:val="60758A"/>
          <w:sz w:val="16"/>
        </w:rPr>
        <w:t>Total base n=74 · effective n=45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Undecided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Ashley Moody, Republican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Angie Nixon, Democrat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Neil J. Gillespie, No Party Affiliation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Someone else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4.3%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3);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(12 respondents, effective n 8);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(21 respondents, effective n 12);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(19 respondents, effective n 13);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 respondents, effective n 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 respondents, effective n 1);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 respondents, effective n 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(20 respondents, effective n 10);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 respondents, effective n 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(38 respondents, effective n 25);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 respondents, effective n 9);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(38 respondents, effective n 24);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(31 respondents, effective n 20);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(24 respondents, effective n 18);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 respondents, effective n 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(35 respondents, effective n 20);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 respondents, effective n 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(20 respondents, effective n 14);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 respondents, effective n 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(30 respondents, effective n 17);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(17 respondents, effective n 9);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(12 respondents, effective n 8);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(15 respondents, effective n 8);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 respondents, effective n 7);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 respondents, effective n 5);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 respondents, effective n 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 respondents, effective n 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Are you definitely or probably going to vote for that candidate?</w:t>
      </w:r>
    </w:p>
    <w:p>
      <w:r>
        <w:rPr>
          <w:color w:val="60758A"/>
          <w:sz w:val="16"/>
        </w:rPr>
        <w:t>Total base n=685 · effective n=460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Definitely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Probably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7.5%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2.4%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(49 respondents, effective n 34); the margin of error shown includes it.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69.5%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(84 respondents, effective n 60);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87.6%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(142 respondents, effective n 94);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93.2%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(16 respondents, effective n 11);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 respondents, effective n 8); the margin of error shown includes it.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(26 respondents, effective n 20);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(116 respondents, effective n 86);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80.7%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(20 respondents, effective n 16);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(32 respondents, effective n 24);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302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90.9%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373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89.4%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8.7%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8);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383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92.2%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(148 respondents, effective n 97);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148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92.1%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(117 respondents, effective n 78);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80.2%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(37 respondents, effective n 26);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93.4%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366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92.9%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(132 respondents, effective n 86);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173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 respondents, effective n 11);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186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91.6%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(109 respondents, effective n 70);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109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95.3%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(134 respondents, effective n 92);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87.7%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(67 respondents, effective n 47);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96.3%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(82 respondents, effective n 56);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(50 respondents, effective n 37);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(57 respondents, effective n 42);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Governor ballot choice</w:t>
      </w:r>
    </w:p>
    <w:p>
      <w:r>
        <w:rPr>
          <w:color w:val="60758A"/>
          <w:sz w:val="16"/>
        </w:rPr>
        <w:t>Total base n=2,898 · effective n=2,120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Byron Donalds, Republican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David Jolly, Democrat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Prefer not to answer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Undecided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Scott Eckhard Jewett, Libertarian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Someone else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Charles Burkett, No Party Affiliation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Did not vote in this race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Dean Ocean Abrams, No Party Affiliation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Frank J. Russo, No Party Affiliation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Jeffrey Peter "Dr. Jeff" Datto, No Party Affiliation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Moliere "Moe" Dimanche, No Party Affiliation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2,898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47.5%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1.4%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0.0%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0.0%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207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16.1%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78.0%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379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69.9%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439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38.0%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58.8%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36.5%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44);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(42 respondents, effective n 34); the margin of error shown includes it.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81.1%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(88 respondents, effective n 64);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53.4%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1,936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41.8%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41.6%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1,364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47.4%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46.7%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2.5%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1.4%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1,449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(85 respondents, effective n 64);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1,245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84.3%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9.7%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994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(132 respondents, effective n 86);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54.6%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1,137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90.2%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5.8%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906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95.2%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758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30.6%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(97 respondents, effective n 71);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33.9%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623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53.1%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40.3%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566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45.8%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596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315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59.0%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40.6%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233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If you had to decide today, which candidate would you lean more toward?</w:t>
      </w:r>
    </w:p>
    <w:p>
      <w:r>
        <w:rPr>
          <w:color w:val="60758A"/>
          <w:sz w:val="16"/>
        </w:rPr>
        <w:t>Total base n=60 · effective n=34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616"/>
        <w:gridCol w:w="1616"/>
        <w:gridCol w:w="1616"/>
        <w:gridCol w:w="1616"/>
        <w:gridCol w:w="1616"/>
        <w:gridCol w:w="1616"/>
        <w:gridCol w:w="1616"/>
        <w:gridCol w:w="1616"/>
        <w:gridCol w:w="1616"/>
      </w:tblGrid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Undecided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Byron Donalds, Republican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David Jolly, Democrat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Someone else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Scott Eckhard Jewett, Libertarian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Charles Burkett, No Party Affiliation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Frank J. Russo, No Party Affiliation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60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0.3%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4);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 respondents, effective n 6);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7);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 respondents, effective n 7);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(15 respondents, effective n 9);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 respondents, effective n 5);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 respondents, effective n 1);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 respondents, effective n 1);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(16 respondents, effective n 8);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 respondents, effective n 2);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(31 respondents, effective n 18);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 respondents, effective n 7);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(34 respondents, effective n 18);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(21 respondents, effective n 13);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4);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(20 respondents, effective n 13);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 respondents, effective n 3);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(27 respondents, effective n 15);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 respondents, effective n 6);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(16 respondents, effective n 10);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 respondents, effective n 2);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(25 respondents, effective n 13);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(16 respondents, effective n 9);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(16 respondents, effective n 9);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4);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 respondents, effective n 5);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3);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 respondents, effective n 5);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 respondents, effective n 5);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3);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Are you definitely or probably going to vote for that candidate?</w:t>
      </w:r>
    </w:p>
    <w:p>
      <w:r>
        <w:rPr>
          <w:color w:val="60758A"/>
          <w:sz w:val="16"/>
        </w:rPr>
        <w:t>Total base n=694 · effective n=468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Definitely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Probably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694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90.7%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2.1%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(47 respondents, effective n 32); the margin of error shown includes it.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79.3%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(84 respondents, effective n 59);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(146 respondents, effective n 95);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92.5%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92.1%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(16 respondents, effective n 12);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 respondents, effective n 8); the margin of error shown includes it.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(27 respondents, effective n 20);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(118 respondents, effective n 86);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118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(19 respondents, effective n 16);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(34 respondents, effective n 25);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304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90.5%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380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7);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383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93.7%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(149 respondents, effective n 98);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(124 respondents, effective n 82);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80.7%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(38 respondents, effective n 26);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96.0%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367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93.1%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(137 respondents, effective n 90);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84.4%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(15 respondents, effective n 12);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183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94.0%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(113 respondents, effective n 74);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113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95.3%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(134 respondents, effective n 93);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86.0%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(71 respondents, effective n 50);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93.8%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(81 respondents, effective n 56);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81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90.4%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(50 respondents, effective n 37);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81.3%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(62 respondents, effective n 46);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Who did you vote for in the 2024 presidential election between Donald Trump and Kamala Harris, or did you not vote?</w:t>
      </w:r>
    </w:p>
    <w:p>
      <w:r>
        <w:rPr>
          <w:color w:val="60758A"/>
          <w:sz w:val="16"/>
        </w:rPr>
        <w:t>Total base n=2,898 · effective n=2,120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Donald Trump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Kamala Harris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I did not vote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Someone else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2,898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1.0%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207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26.2%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60.1%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33.5%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(42 respondents, effective n 34);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80.2%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(88 respondents, effective n 64);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1,936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1.0%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1,364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42.7%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2.4%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0.7%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1,449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1.2%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(85 respondents, effective n 64);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1,245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89.5%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6.9%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994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87.4%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2.1%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(132 respondents, effective n 86);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1,137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94.4%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758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2.7%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(97 respondents, effective n 71);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623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58.5%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36.0%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233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How much have you thought about this election?</w:t>
      </w:r>
    </w:p>
    <w:p>
      <w:r>
        <w:rPr>
          <w:color w:val="60758A"/>
          <w:sz w:val="16"/>
        </w:rPr>
        <w:t>Total base n=2,898 · effective n=2,120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818"/>
        <w:gridCol w:w="1818"/>
        <w:gridCol w:w="1818"/>
        <w:gridCol w:w="1818"/>
        <w:gridCol w:w="1818"/>
        <w:gridCol w:w="1818"/>
        <w:gridCol w:w="1818"/>
        <w:gridCol w:w="1818"/>
      </w:tblGrid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 great deal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 little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Prefer not to answer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Not at all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2,898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2.8%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0.3%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207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78.0%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379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439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79.9%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86.1%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7.8%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44);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(42 respondents, effective n 34); the margin of error shown includes it.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(88 respondents, effective n 64);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87.5%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1,936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86.3%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1,364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85.3%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7.9%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2.6%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1,449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81.6%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3.3%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(85 respondents, effective n 64);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72.7%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1,245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83.2%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10.2%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2.9%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994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87.5%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7.3%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75.6%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(132 respondents, effective n 86);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86.1%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1,137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83.6%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9.7%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2.8%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6.8%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758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81.0%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(97 respondents, effective n 71);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47.3%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623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83.6%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9.7%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84.4%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87.0%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315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82.3%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233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84.1%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When it comes to the November election, would you say you are very enthusiastic about voting, somewhat enthusiastic, not very enthusiastic, or not at all enthusiastic?</w:t>
      </w:r>
    </w:p>
    <w:p>
      <w:r>
        <w:rPr>
          <w:color w:val="60758A"/>
          <w:sz w:val="16"/>
        </w:rPr>
        <w:t>Total base n=779 · effective n=516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Very enthusiastic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Somewhat enthusiastic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Not very enthusiastic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Not at all enthusiastic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2.1%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(58 respondents, effective n 40);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(102 respondents, effective n 72);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243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72.0%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(23 respondents, effective n 16);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8);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(28 respondents, effective n 21);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(142 respondents, effective n 98);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64.7%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(22 respondents, effective n 17);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64.4%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(46 respondents, effective n 34);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347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62.5%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19.7%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(17 respondents, effective n 11);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418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67.6%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16.6%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6.5%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8.2%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60.2%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(46 respondents, effective n 32);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69.1%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396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68.2%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16.5%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6.5%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(140 respondents, effective n 92);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64.7%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(32 respondents, effective n 21);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205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62.7%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(125 respondents, effective n 80);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64.9%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(80 respondents, effective n 55);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73.8%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(91 respondents, effective n 62);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(68 respondents, effective n 49);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73.2%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On a scale from 0 to 9, where 0 means you definitely will not vote and 9 means you definitely will vote, how likely are you to vote in this election?</w:t>
      </w:r>
    </w:p>
    <w:p>
      <w:r>
        <w:rPr>
          <w:color w:val="60758A"/>
          <w:sz w:val="16"/>
        </w:rPr>
        <w:t>Total base n=779 · effective n=516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9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0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5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Prefer not to answer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2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3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1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6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779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88.8%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0.5%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0.5%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0.5%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0.2%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(58 respondents, effective n 40); the margin of error shown includes it.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73.4%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(102 respondents, effective n 72);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102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74.2%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90.4%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196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243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94.4%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(23 respondents, effective n 16);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8); the margin of error shown includes it.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(28 respondents, effective n 21);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(142 respondents, effective n 98);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142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(22 respondents, effective n 17);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531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89.9%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(46 respondents, effective n 34);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347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89.2%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415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(17 respondents, effective n 11);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418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90.8%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155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94.1%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160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77.8%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(46 respondents, effective n 32);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396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90.9%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(140 respondents, effective n 92);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140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92.8%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211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83.5%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(32 respondents, effective n 21);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205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88.9%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(125 respondents, effective n 80);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125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92.1%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(80 respondents, effective n 55);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80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89.7%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(91 respondents, effective n 62);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91.3%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42);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82.5%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(68 respondents, effective n 49); the margin of error shown includes it.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78.6%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03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When did you cast your ballot in the November 3, 2026 general election? If you voted by mail, please tell us when you mailed or returned your ballot.</w:t>
      </w:r>
    </w:p>
    <w:p>
      <w:r>
        <w:rPr>
          <w:color w:val="60758A"/>
          <w:sz w:val="16"/>
        </w:rPr>
        <w:t>Total base n=2,119 · effective n=1,611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October 24 or later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On or before October 23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2,119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49.7%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10.2%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66.4%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29.1%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282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13.8%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478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51.4%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10.5%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44.7%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10.0%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(38 respondents, effective n 29);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(32 respondents, effective n 27); the margin of error shown includes it.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31.0%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(66 respondents, effective n 51);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1,405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52.4%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5.5%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(111 respondents, effective n 85);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111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46.5%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25.4%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28.1%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1,017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48.5%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41.4%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10.2%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1,034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8.7%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(68 respondents, effective n 53);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827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53.1%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36.7%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10.1%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839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46.5%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6.3%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33.9%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18.0%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(86 respondents, effective n 57);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53.5%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741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54.7%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35.0%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10.3%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766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46.5%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5.7%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41.0%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11.1%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(65 respondents, effective n 52); the margin of error shown includes it.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53.1%</w:t>
            </w:r>
          </w:p>
        </w:tc>
      </w:tr>
      <w:tr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418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55.0%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37.9%</w:t>
            </w:r>
          </w:p>
        </w:tc>
        <w:tc>
          <w:tcPr>
            <w:tcW w:type="dxa" w:w="2909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7.1%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441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8.9%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8.3%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52.6%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42.5%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227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51.2%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34.9%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186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39.3%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38.1%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22.5%</w:t>
            </w:r>
          </w:p>
        </w:tc>
      </w:tr>
      <w:tr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165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57.6%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33.8%</w:t>
            </w:r>
          </w:p>
        </w:tc>
        <w:tc>
          <w:tcPr>
            <w:tcW w:type="dxa" w:w="2909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How did you cast your ballot in the November 3, 2026 general election?</w:t>
      </w:r>
    </w:p>
    <w:p>
      <w:r>
        <w:rPr>
          <w:color w:val="60758A"/>
          <w:sz w:val="16"/>
        </w:rPr>
        <w:t>Total base n=2,119 · effective n=1,611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818"/>
        <w:gridCol w:w="1818"/>
        <w:gridCol w:w="1818"/>
        <w:gridCol w:w="1818"/>
        <w:gridCol w:w="1818"/>
        <w:gridCol w:w="1818"/>
        <w:gridCol w:w="1818"/>
        <w:gridCol w:w="1818"/>
      </w:tblGrid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In person at an early voting location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By mail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By returning a mail ballot to a drop box or election office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In person on Election Day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Prefer not to answer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Another way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2,119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0.6%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72.9%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282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63.7%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19.8%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895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27.7%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(38 respondents, effective n 29);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(32 respondents, effective n 27); the margin of error shown includes it.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(66 respondents, effective n 51);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60.4%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1,405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25.4%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(111 respondents, effective n 85);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111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1,017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63.2%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23.1%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10.3%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1,034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24.7%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(68 respondents, effective n 53);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827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71.9%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19.5%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5.5%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839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11.7%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(86 respondents, effective n 57);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72.9%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741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71.9%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18.6%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5.6%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766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59.2%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26.7%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(65 respondents, effective n 52); the margin of error shown includes it.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418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70.5%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20.9%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441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9.8%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13.0%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235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59.1%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227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61.6%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24.9%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186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62.7%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165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62.5%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24.4%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81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How do you currently plan to cast your ballot in the November 3, 2026 general election?</w:t>
      </w:r>
    </w:p>
    <w:p>
      <w:r>
        <w:rPr>
          <w:color w:val="60758A"/>
          <w:sz w:val="16"/>
        </w:rPr>
        <w:t>Total base n=779 · effective n=516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1616"/>
        <w:gridCol w:w="1616"/>
        <w:gridCol w:w="1616"/>
        <w:gridCol w:w="1616"/>
        <w:gridCol w:w="1616"/>
        <w:gridCol w:w="1616"/>
        <w:gridCol w:w="1616"/>
        <w:gridCol w:w="1616"/>
        <w:gridCol w:w="1616"/>
      </w:tblGrid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In person on Election Day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In person at an early voting location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Not sure yet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By returning a mail ballot to a drop box or election office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I do not plan to vote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By mail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Another way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2.3%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0.1%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(58 respondents, effective n 40);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(102 respondents, effective n 72);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102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27.3%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243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(23 respondents, effective n 16);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8); the margin of error shown includes it.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(28 respondents, effective n 21);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(142 respondents, effective n 98);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142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(22 respondents, effective n 17);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66.4%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(46 respondents, effective n 34);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347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61.4%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28.2%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63.0%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(17 respondents, effective n 11);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418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65.7%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28.6%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58.3%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31.3%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160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33.2%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(46 respondents, effective n 32);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77.7%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396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66.0%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27.5%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(140 respondents, effective n 92);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140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58.8%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33.2%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(32 respondents, effective n 21);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205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66.7%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28.2%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(125 respondents, effective n 80);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125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31.5%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65.1%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(80 respondents, effective n 55);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80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59.7%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(91 respondents, effective n 62);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32.9%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42);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(68 respondents, effective n 49); the margin of error shown includes it.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70.6%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1616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When do you currently plan to cast or return your ballot? If voting by mail, please tell us when you plan to mail or return it.</w:t>
      </w:r>
    </w:p>
    <w:p>
      <w:r>
        <w:rPr>
          <w:color w:val="60758A"/>
          <w:sz w:val="16"/>
        </w:rPr>
        <w:t>Total base n=304 · effective n=203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Before Election Day, November 3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On Election Day, November 3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Not sure yet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I do not plan to vote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After Election Day, November 3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0.4%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(28 respondents, effective n 22);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(42 respondents, effective n 33);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(74 respondents, effective n 46);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(74 respondents, effective n 52);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(79 respondents, effective n 57);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 respondents, effective n 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4);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 respondents, effective n 9);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(76 respondents, effective n 52);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(10 respondents, effective n 8);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64.8%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(15 respondents, effective n 11);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(139 respondents, effective n 95);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139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61.6%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27.4%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 respondents, effective n 3);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151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63.7%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(68 respondents, effective n 45);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(71 respondents, effective n 44);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 respondents, effective n 10);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(141 respondents, effective n 99);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141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61.4%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29.9%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(60 respondents, effective n 40);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79.6%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(87 respondents, effective n 54);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57.3%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(16 respondents, effective n 10);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(73 respondents, effective n 51);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73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60.2%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(50 respondents, effective n 33);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76.2%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(54 respondents, effective n 38);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(28 respondents, effective n 18);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(43 respondents, effective n 29);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(34 respondents, effective n 26);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(22 respondents, effective n 14);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Thinking back to when you cast your ballot, how did you feel about voting in this election?</w:t>
      </w:r>
    </w:p>
    <w:p>
      <w:r>
        <w:rPr>
          <w:color w:val="60758A"/>
          <w:sz w:val="16"/>
        </w:rPr>
        <w:t>Total base n=2,119 · effective n=1,611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  <w:gridCol w:w="2078"/>
        <w:gridCol w:w="2078"/>
        <w:gridCol w:w="2078"/>
      </w:tblGrid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Very enthusiastic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Somewhat enthusiastic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Not very enthusiastic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Don't know / No opinion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Not at all enthusiastic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2,119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3.1%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59.7%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28.3%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277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282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64.1%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478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895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72.5%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(38 respondents, effective n 29);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(32 respondents, effective n 27); the margin of error shown includes it.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68.9%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69.2%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(66 respondents, effective n 51);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1,405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3.8%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(111 respondents, effective n 85);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1,017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69.1%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18.2%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6.0%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4.7%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1,034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4.4%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(68 respondents, effective n 53);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827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68.8%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17.6%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7.0%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3.9%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839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70.8%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8.0%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(86 respondents, effective n 57);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69.1%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741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72.0%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16.6%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5.7%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766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57.3%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9.2%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6.3%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(65 respondents, effective n 52); the margin of error shown includes it.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418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71.3%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18.0%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441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70.3%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64.7%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18.4%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72.8%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15.6%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227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22.1%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186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66.8%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17.7%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165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24.5%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078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If Democrats win control of the Senate in the 2026 election, which of these people would you prefer to see as Senate Majority Leader?</w:t>
      </w:r>
    </w:p>
    <w:p>
      <w:r>
        <w:rPr>
          <w:color w:val="60758A"/>
          <w:sz w:val="16"/>
        </w:rPr>
        <w:t>Total base n=2,898 · effective n=2,120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424"/>
        <w:gridCol w:w="2424"/>
        <w:gridCol w:w="2424"/>
        <w:gridCol w:w="2424"/>
        <w:gridCol w:w="2424"/>
        <w:gridCol w:w="2424"/>
      </w:tblGrid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Someone else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Bernie Sanders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 opinion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Chuck Schumer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2,898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51.7%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5.9%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207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23.8%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379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439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5.6%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7.0%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44);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(42 respondents, effective n 34); the margin of error shown includes it.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32.7%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7.6%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(88 respondents, effective n 64);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1,936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57.8%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5.4%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1,364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50.0%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24.4%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5.6%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1,449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6.4%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(85 respondents, effective n 64);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1,245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65.4%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5.4%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25.2%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4.0%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994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35.9%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8.5%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6.3%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(132 respondents, effective n 86);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53.8%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1,137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66.2%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3.6%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4.1%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34.7%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10.9%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9.6%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758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4.9%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(97 respondents, effective n 71);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623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55.5%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22.3%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4.1%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6.0%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315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63.1%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233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50.7%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</w:tbl>
    <w:p>
      <w:r>
        <w:br w:type="page"/>
      </w:r>
    </w:p>
    <w:p>
      <w:pPr>
        <w:pStyle w:val="Heading1"/>
      </w:pPr>
      <w:r>
        <w:t>If Democrats win control of the House of Representatives in the 2026 election, which of these people would you prefer to see as Speaker of the House?</w:t>
      </w:r>
    </w:p>
    <w:p>
      <w:r>
        <w:rPr>
          <w:color w:val="60758A"/>
          <w:sz w:val="16"/>
        </w:rPr>
        <w:t>Total base n=2,898 · effective n=2,120</w:t>
      </w:r>
    </w:p>
    <w:tbl>
      <w:tblPr>
        <w:tblStyle w:val="TableGrid"/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2424"/>
        <w:gridCol w:w="2424"/>
        <w:gridCol w:w="2424"/>
        <w:gridCol w:w="2424"/>
        <w:gridCol w:w="2424"/>
        <w:gridCol w:w="2424"/>
      </w:tblGrid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Group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Base n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Someone else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Alexandria Ocasio-Cortez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No opinion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  <w:shd w:fill="183153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5"/>
              </w:rPr>
              <w:t>Hakeem Jeffries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Total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2,898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15.0%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Age — 18-29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207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23.6%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54.4%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14.8%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30-44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379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12.7%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45-54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439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16.9%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55-64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674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12.8%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65+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17.8%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Age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(61 respondents, effective n 44);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61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Race and ethnicity — Asian or Pacific Islander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(42 respondents, effective n 34); the margin of error shown includes it.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Black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38.9%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Hispanic or Latino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498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8.4%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Other or multiracial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(88 respondents, effective n 64);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39.9%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White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1,936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13.2%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Race and ethnicity — Not reported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28.3%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Gender — Female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1,364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43.6%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15.2%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Male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1,449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48.4%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15.1%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Gender — Another gender or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(85 respondents, effective n 64);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85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36.9%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registration (voter file) — Republican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1,245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68.6%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23.2%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5.2%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Democrat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994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29.5%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NPA (no party affiliation)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527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38.5%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25.4%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13.6%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registration (voter file) — Minor parties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(132 respondents, effective n 86);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132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44.3%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Party identity (self-described) — Republican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1,137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70.1%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2.0%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23.7%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4.2%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Democrat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906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14.9%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42.8%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31.0%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Unaffiliated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758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41.8%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25.5%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16.3%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Party identity (self-described) — Not reported</w:t>
            </w:r>
          </w:p>
          <w:p>
            <w:pPr>
              <w:spacing w:after="0"/>
            </w:pPr>
            <w:r>
              <w:rPr>
                <w:rFonts w:ascii="Arial" w:hAnsi="Arial"/>
                <w:color w:val="60758A"/>
                <w:sz w:val="15"/>
              </w:rPr>
              <w:t>Caution: a small base (97 respondents, effective n 71); the margin of error shown includes it.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97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—</w:t>
            </w:r>
          </w:p>
        </w:tc>
      </w:tr>
      <w:tr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sz w:val="15"/>
              </w:rPr>
              <w:t>Region — North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623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54.9%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17.1%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16.9%</w:t>
            </w:r>
          </w:p>
        </w:tc>
        <w:tc>
          <w:tcPr>
            <w:tcW w:type="dxa" w:w="2424"/>
            <w:shd w:fill="EEF2F5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11.2%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Central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566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41.0%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22.1%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17.6%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Tampa Bay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596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45.0%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23.2%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12.6%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Southwest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315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58.3%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17.7%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11.2%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Southeast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318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40.3%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20.1%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18.5%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21.1%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Miami-Dade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247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30.6%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23.7%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26.3%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19.3%</w:t>
            </w:r>
          </w:p>
        </w:tc>
      </w:tr>
      <w:tr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Region — Not reported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233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46.6%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21.6%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19.4%</w:t>
            </w:r>
          </w:p>
        </w:tc>
        <w:tc>
          <w:tcPr>
            <w:tcW w:type="dxa" w:w="2424"/>
            <w:tcMar>
              <w:top w:w="45" w:type="dxa"/>
              <w:start w:w="55" w:type="dxa"/>
              <w:bottom w:w="45" w:type="dxa"/>
              <w:end w:w="55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12.4%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648" w:right="648" w:bottom="648" w:left="64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RedBox Research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C4423A"/>
        <w:sz w:val="16"/>
      </w:rPr>
      <w:t>REDBOX RESEARCH  ·  CROSSTABS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8315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8315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8315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