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FL-25 2026 general</w:t>
      </w:r>
    </w:p>
    <w:p>
      <w:r>
        <w:t>As fielded: survey version 1, frozen 2026-10-15 17:08 UTC. Each (KEY: ...) tag is the column name in our data files; ASK IF and SPLIT SAMPLE lines are the routing and split samples; {place} was shown as Florida.</w:t>
      </w:r>
    </w:p>
    <w:p>
      <w:r>
        <w:rPr>
          <w:b/>
        </w:rPr>
        <w:t>Q1. How likely are you to vote in the November 3, 2026 general election in {place}?</w:t>
      </w:r>
      <w:r>
        <w:rPr>
          <w:color w:val="6B7280"/>
          <w:sz w:val="16"/>
        </w:rPr>
        <w:t xml:space="preserve"> (KEY: q1) (SINGLE RESPONSE) (FIXED ORDER)</w:t>
      </w:r>
    </w:p>
    <w:p>
      <w:pPr>
        <w:ind w:left="360"/>
      </w:pPr>
      <w:r>
        <w:t>1. Already voted</w:t>
      </w:r>
    </w:p>
    <w:p>
      <w:pPr>
        <w:ind w:left="360"/>
      </w:pPr>
      <w:r>
        <w:t>2. Extremely likely</w:t>
      </w:r>
    </w:p>
    <w:p>
      <w:pPr>
        <w:ind w:left="360"/>
      </w:pPr>
      <w:r>
        <w:t>3. Very likely</w:t>
      </w:r>
    </w:p>
    <w:p>
      <w:pPr>
        <w:ind w:left="360"/>
      </w:pPr>
      <w:r>
        <w:t>4. Somewhat likely</w:t>
      </w:r>
    </w:p>
    <w:p>
      <w:pPr>
        <w:ind w:left="360"/>
      </w:pPr>
      <w:r>
        <w:t>5. Somewhat unlikely</w:t>
      </w:r>
    </w:p>
    <w:p>
      <w:pPr>
        <w:ind w:left="360"/>
      </w:pPr>
      <w:r>
        <w:t>6. Very unlikely</w:t>
      </w:r>
    </w:p>
    <w:p>
      <w:pPr>
        <w:ind w:left="360"/>
      </w:pPr>
      <w:r>
        <w:t>7. Extremely unlikely</w:t>
      </w:r>
    </w:p>
    <w:p>
      <w:pPr>
        <w:ind w:left="360"/>
      </w:pPr>
      <w:r>
        <w:t>8. Don't know / No opinion</w:t>
      </w:r>
    </w:p>
    <w:p/>
    <w:p>
      <w:r>
        <w:rPr>
          <w:color w:val="6B7280"/>
          <w:sz w:val="16"/>
        </w:rPr>
        <w:t>ASK IF Q1 = Already voted</w:t>
      </w:r>
    </w:p>
    <w:p>
      <w:r>
        <w:rPr>
          <w:b/>
        </w:rPr>
        <w:t>Q2. Who did you vote for in this year's general election for U.S. Senate?</w:t>
      </w:r>
      <w:r>
        <w:rPr>
          <w:color w:val="6B7280"/>
          <w:sz w:val="16"/>
        </w:rPr>
        <w:t xml:space="preserve"> (KEY: senate_vote_past)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Q3. If the election for U.S. Senate were held today, who would you vote for?</w:t>
      </w:r>
      <w:r>
        <w:rPr>
          <w:color w:val="6B7280"/>
          <w:sz w:val="16"/>
        </w:rPr>
        <w:t xml:space="preserve"> (KEY: senate_vote_current)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Undecided</w:t>
      </w:r>
    </w:p>
    <w:p/>
    <w:p>
      <w:r>
        <w:rPr>
          <w:color w:val="6B7280"/>
          <w:sz w:val="16"/>
        </w:rPr>
        <w:t>ASK IF Q1 != Already voted</w:t>
      </w:r>
    </w:p>
    <w:p>
      <w:r>
        <w:rPr>
          <w:color w:val="6B7280"/>
          <w:sz w:val="16"/>
        </w:rPr>
        <w:t>ASK IF Q3 = Undecided</w:t>
      </w:r>
    </w:p>
    <w:p>
      <w:r>
        <w:rPr>
          <w:b/>
        </w:rPr>
        <w:t>Q4. If you had to decide today, which candidate would you lean more toward?</w:t>
      </w:r>
      <w:r>
        <w:rPr>
          <w:color w:val="6B7280"/>
          <w:sz w:val="16"/>
        </w:rPr>
        <w:t xml:space="preserve"> (KEY: senate_vote_current_lean)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Still undecided</w:t>
      </w:r>
    </w:p>
    <w:p/>
    <w:p>
      <w:r>
        <w:rPr>
          <w:color w:val="6B7280"/>
          <w:sz w:val="16"/>
        </w:rPr>
        <w:t>ASK IF Q1 != Already voted</w:t>
      </w:r>
    </w:p>
    <w:p>
      <w:r>
        <w:rPr>
          <w:color w:val="6B7280"/>
          <w:sz w:val="16"/>
        </w:rPr>
        <w:t>ASK IF Q3 IN [Ashley Moody, Republican | Angie Nixon, Democrat | Neil J. Gillespie, No Party Affiliation]</w:t>
      </w:r>
    </w:p>
    <w:p>
      <w:r>
        <w:rPr>
          <w:b/>
        </w:rPr>
        <w:t>Q5. Are you definitely or probably going to vote for that candidate?</w:t>
      </w:r>
      <w:r>
        <w:rPr>
          <w:color w:val="6B7280"/>
          <w:sz w:val="16"/>
        </w:rPr>
        <w:t xml:space="preserve"> (KEY: senate_vote_current_intensity)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Q6. Who did you vote for in this year's general election for Governor?</w:t>
      </w:r>
      <w:r>
        <w:rPr>
          <w:color w:val="6B7280"/>
          <w:sz w:val="16"/>
        </w:rPr>
        <w:t xml:space="preserve"> (KEY: governor_vote_past)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Did not vote in this race</w:t>
      </w:r>
    </w:p>
    <w:p>
      <w:pPr>
        <w:ind w:left="360"/>
      </w:pPr>
      <w:r>
        <w:t>11. Prefer not to answer</w:t>
      </w:r>
    </w:p>
    <w:p/>
    <w:p>
      <w:r>
        <w:rPr>
          <w:color w:val="6B7280"/>
          <w:sz w:val="16"/>
        </w:rPr>
        <w:t>ASK IF Q1 != Already voted</w:t>
      </w:r>
    </w:p>
    <w:p>
      <w:r>
        <w:rPr>
          <w:b/>
        </w:rPr>
        <w:t>Q7. If the election for Governor were held today, who would you vote for?</w:t>
      </w:r>
      <w:r>
        <w:rPr>
          <w:color w:val="6B7280"/>
          <w:sz w:val="16"/>
        </w:rPr>
        <w:t xml:space="preserve"> (KEY: governor_vote_current)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Undecided</w:t>
      </w:r>
    </w:p>
    <w:p/>
    <w:p>
      <w:r>
        <w:rPr>
          <w:color w:val="6B7280"/>
          <w:sz w:val="16"/>
        </w:rPr>
        <w:t>ASK IF Q1 != Already voted</w:t>
      </w:r>
    </w:p>
    <w:p>
      <w:r>
        <w:rPr>
          <w:color w:val="6B7280"/>
          <w:sz w:val="16"/>
        </w:rPr>
        <w:t>ASK IF Q7 = Undecided</w:t>
      </w:r>
    </w:p>
    <w:p>
      <w:r>
        <w:rPr>
          <w:b/>
        </w:rPr>
        <w:t>Q8. If you had to decide today, which candidate would you lean more toward?</w:t>
      </w:r>
      <w:r>
        <w:rPr>
          <w:color w:val="6B7280"/>
          <w:sz w:val="16"/>
        </w:rPr>
        <w:t xml:space="preserve"> (KEY: governor_vote_current_lean)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Still undecided</w:t>
      </w:r>
    </w:p>
    <w:p/>
    <w:p>
      <w:r>
        <w:rPr>
          <w:color w:val="6B7280"/>
          <w:sz w:val="16"/>
        </w:rPr>
        <w:t>ASK IF Q1 != Already voted</w:t>
      </w:r>
    </w:p>
    <w:p>
      <w:r>
        <w:rPr>
          <w:color w:val="6B7280"/>
          <w:sz w:val="16"/>
        </w:rPr>
        <w:t>ASK IF Q7 IN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w:t>
      </w:r>
    </w:p>
    <w:p>
      <w:r>
        <w:rPr>
          <w:b/>
        </w:rPr>
        <w:t>Q9. Are you definitely or probably going to vote for that candidate?</w:t>
      </w:r>
      <w:r>
        <w:rPr>
          <w:color w:val="6B7280"/>
          <w:sz w:val="16"/>
        </w:rPr>
        <w:t xml:space="preserve"> (KEY: governor_vote_current_intensity)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Q10. Who did you vote for in this year's general election for U.S. House of Representatives?</w:t>
      </w:r>
      <w:r>
        <w:rPr>
          <w:color w:val="6B7280"/>
          <w:sz w:val="16"/>
        </w:rPr>
        <w:t xml:space="preserve"> (KEY: house_vote_past) (SINGLE RESPONSE) (FIXED ORDER)</w:t>
      </w:r>
    </w:p>
    <w:p>
      <w:pPr>
        <w:ind w:left="360"/>
      </w:pPr>
      <w:r>
        <w:t>1. Scott Singer, Republican</w:t>
      </w:r>
    </w:p>
    <w:p>
      <w:pPr>
        <w:ind w:left="360"/>
      </w:pPr>
      <w:r>
        <w:t>2. Jared Moskowitz, Democrat</w:t>
      </w:r>
    </w:p>
    <w:p>
      <w:pPr>
        <w:ind w:left="360"/>
      </w:pPr>
      <w:r>
        <w:t>3. Peter Jassenoff, Libertarian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Q11. If the election for U.S. House of Representatives were held today, who would you vote for?</w:t>
      </w:r>
      <w:r>
        <w:rPr>
          <w:color w:val="6B7280"/>
          <w:sz w:val="16"/>
        </w:rPr>
        <w:t xml:space="preserve"> (KEY: house_vote_current) (SINGLE RESPONSE) (FIXED ORDER)</w:t>
      </w:r>
    </w:p>
    <w:p>
      <w:pPr>
        <w:ind w:left="360"/>
      </w:pPr>
      <w:r>
        <w:t>1. Scott Singer, Republican</w:t>
      </w:r>
    </w:p>
    <w:p>
      <w:pPr>
        <w:ind w:left="360"/>
      </w:pPr>
      <w:r>
        <w:t>2. Jared Moskowitz, Democrat</w:t>
      </w:r>
    </w:p>
    <w:p>
      <w:pPr>
        <w:ind w:left="360"/>
      </w:pPr>
      <w:r>
        <w:t>3. Peter Jassenoff, Libertarian</w:t>
      </w:r>
    </w:p>
    <w:p>
      <w:pPr>
        <w:ind w:left="360"/>
      </w:pPr>
      <w:r>
        <w:t>4. Someone else</w:t>
      </w:r>
    </w:p>
    <w:p>
      <w:pPr>
        <w:ind w:left="360"/>
      </w:pPr>
      <w:r>
        <w:t>5. Undecided</w:t>
      </w:r>
    </w:p>
    <w:p/>
    <w:p>
      <w:r>
        <w:rPr>
          <w:color w:val="6B7280"/>
          <w:sz w:val="16"/>
        </w:rPr>
        <w:t>ASK IF Q1 != Already voted</w:t>
      </w:r>
    </w:p>
    <w:p>
      <w:r>
        <w:rPr>
          <w:color w:val="6B7280"/>
          <w:sz w:val="16"/>
        </w:rPr>
        <w:t>ASK IF Q11 = Undecided</w:t>
      </w:r>
    </w:p>
    <w:p>
      <w:r>
        <w:rPr>
          <w:b/>
        </w:rPr>
        <w:t>Q12. If you had to decide today, which candidate would you lean more toward?</w:t>
      </w:r>
      <w:r>
        <w:rPr>
          <w:color w:val="6B7280"/>
          <w:sz w:val="16"/>
        </w:rPr>
        <w:t xml:space="preserve"> (KEY: house_vote_current_lean) (SINGLE RESPONSE) (FIXED ORDER)</w:t>
      </w:r>
    </w:p>
    <w:p>
      <w:pPr>
        <w:ind w:left="360"/>
      </w:pPr>
      <w:r>
        <w:t>1. Scott Singer, Republican</w:t>
      </w:r>
    </w:p>
    <w:p>
      <w:pPr>
        <w:ind w:left="360"/>
      </w:pPr>
      <w:r>
        <w:t>2. Jared Moskowitz, Democrat</w:t>
      </w:r>
    </w:p>
    <w:p>
      <w:pPr>
        <w:ind w:left="360"/>
      </w:pPr>
      <w:r>
        <w:t>3. Peter Jassenoff, Libertarian</w:t>
      </w:r>
    </w:p>
    <w:p>
      <w:pPr>
        <w:ind w:left="360"/>
      </w:pPr>
      <w:r>
        <w:t>4. Someone else</w:t>
      </w:r>
    </w:p>
    <w:p>
      <w:pPr>
        <w:ind w:left="360"/>
      </w:pPr>
      <w:r>
        <w:t>5. Still undecided</w:t>
      </w:r>
    </w:p>
    <w:p/>
    <w:p>
      <w:r>
        <w:rPr>
          <w:color w:val="6B7280"/>
          <w:sz w:val="16"/>
        </w:rPr>
        <w:t>ASK IF Q1 != Already voted</w:t>
      </w:r>
    </w:p>
    <w:p>
      <w:r>
        <w:rPr>
          <w:color w:val="6B7280"/>
          <w:sz w:val="16"/>
        </w:rPr>
        <w:t>ASK IF Q11 IN [Scott Singer, Republican | Jared Moskowitz, Democrat | Peter Jassenoff, Libertarian]</w:t>
      </w:r>
    </w:p>
    <w:p>
      <w:r>
        <w:rPr>
          <w:b/>
        </w:rPr>
        <w:t>Q13. Are you definitely or probably going to vote for that candidate?</w:t>
      </w:r>
      <w:r>
        <w:rPr>
          <w:color w:val="6B7280"/>
          <w:sz w:val="16"/>
        </w:rPr>
        <w:t xml:space="preserve"> (KEY: house_vote_current_intensity) (SINGLE RESPONSE) (FIXED ORDER)</w:t>
      </w:r>
    </w:p>
    <w:p>
      <w:pPr>
        <w:ind w:left="360"/>
      </w:pPr>
      <w:r>
        <w:t>1. Definitely</w:t>
      </w:r>
    </w:p>
    <w:p>
      <w:pPr>
        <w:ind w:left="360"/>
      </w:pPr>
      <w:r>
        <w:t>2. Probably</w:t>
      </w:r>
    </w:p>
    <w:p>
      <w:pPr>
        <w:ind w:left="360"/>
      </w:pPr>
      <w:r>
        <w:t>3. Don't know / No opinion</w:t>
      </w:r>
    </w:p>
    <w:p/>
    <w:p>
      <w:r>
        <w:rPr>
          <w:b/>
        </w:rPr>
        <w:t>Q14. How much have you thought about this election?</w:t>
      </w:r>
      <w:r>
        <w:rPr>
          <w:color w:val="6B7280"/>
          <w:sz w:val="16"/>
        </w:rPr>
        <w:t xml:space="preserve"> (KEY: election_attention) (SINGLE RESPONSE) (FIXED ORDER)</w:t>
      </w:r>
    </w:p>
    <w:p>
      <w:pPr>
        <w:ind w:left="360"/>
      </w:pPr>
      <w:r>
        <w:t>1. A great deal</w:t>
      </w:r>
    </w:p>
    <w:p>
      <w:pPr>
        <w:ind w:left="360"/>
      </w:pPr>
      <w:r>
        <w:t>2. Some</w:t>
      </w:r>
    </w:p>
    <w:p>
      <w:pPr>
        <w:ind w:left="360"/>
      </w:pPr>
      <w:r>
        <w:t>3. A little</w:t>
      </w:r>
    </w:p>
    <w:p>
      <w:pPr>
        <w:ind w:left="360"/>
      </w:pPr>
      <w:r>
        <w:t>4. Not at all</w:t>
      </w:r>
    </w:p>
    <w:p>
      <w:pPr>
        <w:ind w:left="360"/>
      </w:pPr>
      <w:r>
        <w:t>5. Don't know / No opinion</w:t>
      </w:r>
    </w:p>
    <w:p>
      <w:pPr>
        <w:ind w:left="360"/>
      </w:pPr>
      <w:r>
        <w:t>6. Prefer not to answer</w:t>
      </w:r>
    </w:p>
    <w:p/>
    <w:p>
      <w:r>
        <w:rPr>
          <w:color w:val="6B7280"/>
          <w:sz w:val="16"/>
        </w:rPr>
        <w:t>ASK IF Q1 != Already voted</w:t>
      </w:r>
    </w:p>
    <w:p>
      <w:r>
        <w:rPr>
          <w:b/>
        </w:rPr>
        <w:t>Q15. When it comes to the November election, would you say you are very enthusiastic about voting, somewhat enthusiastic, not very enthusiastic, or not at all enthusiastic?</w:t>
      </w:r>
      <w:r>
        <w:rPr>
          <w:color w:val="6B7280"/>
          <w:sz w:val="16"/>
        </w:rPr>
        <w:t xml:space="preserve"> (KEY: enthusiasm) (SINGLE RESPONSE) (FIXED ORDER)</w:t>
      </w:r>
    </w:p>
    <w:p>
      <w:pPr>
        <w:ind w:left="360"/>
      </w:pPr>
      <w:r>
        <w:t>1. Very enthusiastic</w:t>
      </w:r>
    </w:p>
    <w:p>
      <w:pPr>
        <w:ind w:left="360"/>
      </w:pPr>
      <w:r>
        <w:t>2. Somewhat enthusiastic</w:t>
      </w:r>
    </w:p>
    <w:p>
      <w:pPr>
        <w:ind w:left="360"/>
      </w:pPr>
      <w:r>
        <w:t>3. Not very enthusiastic</w:t>
      </w:r>
    </w:p>
    <w:p>
      <w:pPr>
        <w:ind w:left="360"/>
      </w:pPr>
      <w:r>
        <w:t>4. Not at all enthusiastic</w:t>
      </w:r>
    </w:p>
    <w:p>
      <w:pPr>
        <w:ind w:left="360"/>
      </w:pPr>
      <w:r>
        <w:t>5. Don't know / No opinion</w:t>
      </w:r>
    </w:p>
    <w:p/>
    <w:p>
      <w:r>
        <w:rPr>
          <w:color w:val="6B7280"/>
          <w:sz w:val="16"/>
        </w:rPr>
        <w:t>ASK IF Q1 != Already voted</w:t>
      </w:r>
    </w:p>
    <w:p>
      <w:r>
        <w:rPr>
          <w:b/>
        </w:rPr>
        <w:t>Q16. On a scale from 0 to 9, where 0 means you definitely will not vote and 9 means you definitely will vote, how likely are you to vote in this election?</w:t>
      </w:r>
      <w:r>
        <w:rPr>
          <w:color w:val="6B7280"/>
          <w:sz w:val="16"/>
        </w:rPr>
        <w:t xml:space="preserve"> (KEY: turnout_intention_0_9) (SINGLE RESPONSE) (FIXED ORDER)</w:t>
      </w:r>
    </w:p>
    <w:p>
      <w:pPr>
        <w:ind w:left="360"/>
      </w:pPr>
      <w:r>
        <w:t>1. 0</w:t>
      </w:r>
    </w:p>
    <w:p>
      <w:pPr>
        <w:ind w:left="360"/>
      </w:pPr>
      <w:r>
        <w:t>2. 1</w:t>
      </w:r>
    </w:p>
    <w:p>
      <w:pPr>
        <w:ind w:left="360"/>
      </w:pPr>
      <w:r>
        <w:t>3. 2</w:t>
      </w:r>
    </w:p>
    <w:p>
      <w:pPr>
        <w:ind w:left="360"/>
      </w:pPr>
      <w:r>
        <w:t>4. 3</w:t>
      </w:r>
    </w:p>
    <w:p>
      <w:pPr>
        <w:ind w:left="360"/>
      </w:pPr>
      <w:r>
        <w:t>5. 4</w:t>
      </w:r>
    </w:p>
    <w:p>
      <w:pPr>
        <w:ind w:left="360"/>
      </w:pPr>
      <w:r>
        <w:t>6. 5</w:t>
      </w:r>
    </w:p>
    <w:p>
      <w:pPr>
        <w:ind w:left="360"/>
      </w:pPr>
      <w:r>
        <w:t>7. 6</w:t>
      </w:r>
    </w:p>
    <w:p>
      <w:pPr>
        <w:ind w:left="360"/>
      </w:pPr>
      <w:r>
        <w:t>8. 7</w:t>
      </w:r>
    </w:p>
    <w:p>
      <w:pPr>
        <w:ind w:left="360"/>
      </w:pPr>
      <w:r>
        <w:t>9. 8</w:t>
      </w:r>
    </w:p>
    <w:p>
      <w:pPr>
        <w:ind w:left="360"/>
      </w:pPr>
      <w:r>
        <w:t>10. 9</w:t>
      </w:r>
    </w:p>
    <w:p>
      <w:pPr>
        <w:ind w:left="360"/>
      </w:pPr>
      <w:r>
        <w:t>11. Don't know / No opinion</w:t>
      </w:r>
    </w:p>
    <w:p>
      <w:pPr>
        <w:ind w:left="360"/>
      </w:pPr>
      <w:r>
        <w:t>12. Prefer not to answer</w:t>
      </w:r>
    </w:p>
    <w:p/>
    <w:p>
      <w:r>
        <w:rPr>
          <w:b/>
        </w:rPr>
        <w:t>Q17. Do you approve or disapprove of the way Hakeem Jeffries is handling his job as House Democratic Leader?</w:t>
      </w:r>
      <w:r>
        <w:rPr>
          <w:color w:val="6B7280"/>
          <w:sz w:val="16"/>
        </w:rPr>
        <w:t xml:space="preserve"> (KEY: jeffries_leader_approval)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Q18. Do you approve or disapprove of the way Chuck Schumer is handling his job as Senate Democratic Leader?</w:t>
      </w:r>
      <w:r>
        <w:rPr>
          <w:color w:val="6B7280"/>
          <w:sz w:val="16"/>
        </w:rPr>
        <w:t xml:space="preserve"> (KEY: schumer_leader_approval)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Q19. Do you approve or disapprove of the way Donald Trump is handling his job as president?</w:t>
      </w:r>
      <w:r>
        <w:rPr>
          <w:color w:val="6B7280"/>
          <w:sz w:val="16"/>
        </w:rPr>
        <w:t xml:space="preserve"> (KEY: trump_job_approval)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Q20. Do you approve or disapprove of the way the Democrats in Congress are handling their job?</w:t>
      </w:r>
      <w:r>
        <w:rPr>
          <w:color w:val="6B7280"/>
          <w:sz w:val="16"/>
        </w:rPr>
        <w:t xml:space="preserve"> (KEY: democrats_congress_approval)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Q21. Do you approve or disapprove of the way the Republicans in Congress are handling their job?</w:t>
      </w:r>
      <w:r>
        <w:rPr>
          <w:color w:val="6B7280"/>
          <w:sz w:val="16"/>
        </w:rPr>
        <w:t xml:space="preserve"> (KEY: republicans_congress_approval)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Q22. Should Democrats in Congress stay on their current course, or change direction?</w:t>
      </w:r>
      <w:r>
        <w:rPr>
          <w:color w:val="6B7280"/>
          <w:sz w:val="16"/>
        </w:rPr>
        <w:t xml:space="preserve"> (KEY: dem_course) (SINGLE RESPONSE) (FIXED ORDER)</w:t>
      </w:r>
    </w:p>
    <w:p>
      <w:pPr>
        <w:ind w:left="360"/>
      </w:pPr>
      <w:r>
        <w:t>1. Stay on their current course</w:t>
      </w:r>
    </w:p>
    <w:p>
      <w:pPr>
        <w:ind w:left="360"/>
      </w:pPr>
      <w:r>
        <w:t>2. Change direction</w:t>
      </w:r>
    </w:p>
    <w:p>
      <w:pPr>
        <w:ind w:left="360"/>
      </w:pPr>
      <w:r>
        <w:t>3. Don't know / No opinion</w:t>
      </w:r>
    </w:p>
    <w:p/>
    <w:p>
      <w:r>
        <w:rPr>
          <w:b/>
        </w:rPr>
        <w:t>Q23. If Democrats win control of the House of Representatives in the 2026 election, should Hakeem Jeffries become Speaker of the House, or should Democrats choose someone else?</w:t>
      </w:r>
      <w:r>
        <w:rPr>
          <w:color w:val="6B7280"/>
          <w:sz w:val="16"/>
        </w:rPr>
        <w:t xml:space="preserve"> (KEY: house_democratic_leadership) (SINGLE RESPONSE) (FIXED ORDER)</w:t>
      </w:r>
    </w:p>
    <w:p>
      <w:pPr>
        <w:ind w:left="360"/>
      </w:pPr>
      <w:r>
        <w:t>1. Jeffries should become Speaker</w:t>
      </w:r>
    </w:p>
    <w:p>
      <w:pPr>
        <w:ind w:left="360"/>
      </w:pPr>
      <w:r>
        <w:t>2. Democrats should choose someone else</w:t>
      </w:r>
    </w:p>
    <w:p>
      <w:pPr>
        <w:ind w:left="360"/>
      </w:pPr>
      <w:r>
        <w:t>3. It doesn't matter to me</w:t>
      </w:r>
    </w:p>
    <w:p>
      <w:pPr>
        <w:ind w:left="360"/>
      </w:pPr>
      <w:r>
        <w:t>4. Don't know / No opinion</w:t>
      </w:r>
    </w:p>
    <w:p/>
    <w:p>
      <w:r>
        <w:rPr>
          <w:b/>
        </w:rPr>
        <w:t>Q24. If Democrats win control of the Senate in the 2026 election, should Chuck Schumer become Majority Leader, or should Democrats choose someone else?</w:t>
      </w:r>
      <w:r>
        <w:rPr>
          <w:color w:val="6B7280"/>
          <w:sz w:val="16"/>
        </w:rPr>
        <w:t xml:space="preserve"> (KEY: senate_democratic_leadership) (SINGLE RESPONSE) (FIXED ORDER)</w:t>
      </w:r>
    </w:p>
    <w:p>
      <w:pPr>
        <w:ind w:left="360"/>
      </w:pPr>
      <w:r>
        <w:t>1. Schumer should become Majority Leader</w:t>
      </w:r>
    </w:p>
    <w:p>
      <w:pPr>
        <w:ind w:left="360"/>
      </w:pPr>
      <w:r>
        <w:t>2. Democrats should choose someone else</w:t>
      </w:r>
    </w:p>
    <w:p>
      <w:pPr>
        <w:ind w:left="360"/>
      </w:pPr>
      <w:r>
        <w:t>3. It doesn't matter to me</w:t>
      </w:r>
    </w:p>
    <w:p>
      <w:pPr>
        <w:ind w:left="360"/>
      </w:pPr>
      <w:r>
        <w:t>4. Don't know / No opinion</w:t>
      </w:r>
    </w:p>
    <w:p/>
    <w:p>
      <w:r>
        <w:rPr>
          <w:b/>
        </w:rPr>
        <w:t>Q25. Do you have a favorable or unfavorable opinion of health insurance companies?</w:t>
      </w:r>
      <w:r>
        <w:rPr>
          <w:color w:val="6B7280"/>
          <w:sz w:val="16"/>
        </w:rPr>
        <w:t xml:space="preserve"> (KEY: fav_inst_health_insurers)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Q26. Do you have a favorable or unfavorable opinion of drug companies?</w:t>
      </w:r>
      <w:r>
        <w:rPr>
          <w:color w:val="6B7280"/>
          <w:sz w:val="16"/>
        </w:rPr>
        <w:t xml:space="preserve"> (KEY: fav_inst_drug_companies)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Q27. Do you have a favorable or unfavorable opinion of electric utility companies?</w:t>
      </w:r>
      <w:r>
        <w:rPr>
          <w:color w:val="6B7280"/>
          <w:sz w:val="16"/>
        </w:rPr>
        <w:t xml:space="preserve"> (KEY: fav_inst_electric_utilities)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Q28. Do you have a favorable or unfavorable opinion of large companies that own rental homes and apartments?</w:t>
      </w:r>
      <w:r>
        <w:rPr>
          <w:color w:val="6B7280"/>
          <w:sz w:val="16"/>
        </w:rPr>
        <w:t xml:space="preserve"> (KEY: fav_inst_rental_companies)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Q29. Do you have a favorable or unfavorable opinion of large banks?</w:t>
      </w:r>
      <w:r>
        <w:rPr>
          <w:color w:val="6B7280"/>
          <w:sz w:val="16"/>
        </w:rPr>
        <w:t xml:space="preserve"> (KEY: fav_inst_large_banks)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Q30. Who did you vote for in the 2024 presidential election between Donald Trump and Kamala Harris, or did you not vote?</w:t>
      </w:r>
      <w:r>
        <w:rPr>
          <w:color w:val="6B7280"/>
          <w:sz w:val="16"/>
        </w:rPr>
        <w:t xml:space="preserve"> (KEY: pres_2024_recall) (SINGLE RESPONSE) (FIXED ORDER)</w:t>
      </w:r>
    </w:p>
    <w:p>
      <w:pPr>
        <w:ind w:left="360"/>
      </w:pPr>
      <w:r>
        <w:t>1. Donald Trump</w:t>
      </w:r>
    </w:p>
    <w:p>
      <w:pPr>
        <w:ind w:left="360"/>
      </w:pPr>
      <w:r>
        <w:t>2. Kamala Harris</w:t>
      </w:r>
    </w:p>
    <w:p>
      <w:pPr>
        <w:ind w:left="360"/>
      </w:pPr>
      <w:r>
        <w:t>3. Someone else</w:t>
      </w:r>
    </w:p>
    <w:p>
      <w:pPr>
        <w:ind w:left="360"/>
      </w:pPr>
      <w:r>
        <w:t>4. I did not vote</w:t>
      </w:r>
    </w:p>
    <w:p>
      <w:pPr>
        <w:ind w:left="360"/>
      </w:pPr>
      <w:r>
        <w:t>5. Don't know / No opinion</w:t>
      </w:r>
    </w:p>
    <w:p/>
    <w:p>
      <w:r>
        <w:rPr>
          <w:b/>
        </w:rPr>
        <w:t>Q31. What is your age?</w:t>
      </w:r>
      <w:r>
        <w:rPr>
          <w:color w:val="6B7280"/>
          <w:sz w:val="16"/>
        </w:rPr>
        <w:t xml:space="preserve"> (KEY: age_band) (SINGLE RESPONSE) (FIXED ORDER)</w:t>
      </w:r>
    </w:p>
    <w:p>
      <w:pPr>
        <w:ind w:left="360"/>
      </w:pPr>
      <w:r>
        <w:t>1. 18 to 29</w:t>
      </w:r>
    </w:p>
    <w:p>
      <w:pPr>
        <w:ind w:left="360"/>
      </w:pPr>
      <w:r>
        <w:t>2. 30 to 44</w:t>
      </w:r>
    </w:p>
    <w:p>
      <w:pPr>
        <w:ind w:left="360"/>
      </w:pPr>
      <w:r>
        <w:t>3. 45 to 54</w:t>
      </w:r>
    </w:p>
    <w:p>
      <w:pPr>
        <w:ind w:left="360"/>
      </w:pPr>
      <w:r>
        <w:t>4. 55 to 64</w:t>
      </w:r>
    </w:p>
    <w:p>
      <w:pPr>
        <w:ind w:left="360"/>
      </w:pPr>
      <w:r>
        <w:t>5. 65 or older</w:t>
      </w:r>
    </w:p>
    <w:p>
      <w:pPr>
        <w:ind w:left="360"/>
      </w:pPr>
      <w:r>
        <w:t>6. Prefer not to answer</w:t>
      </w:r>
    </w:p>
    <w:p/>
    <w:p>
      <w:r>
        <w:rPr>
          <w:b/>
        </w:rPr>
        <w:t>Q32. What is your gender?</w:t>
      </w:r>
      <w:r>
        <w:rPr>
          <w:color w:val="6B7280"/>
          <w:sz w:val="16"/>
        </w:rPr>
        <w:t xml:space="preserve"> (KEY: gender) (SINGLE RESPONSE) (FIXED ORDER)</w:t>
      </w:r>
    </w:p>
    <w:p>
      <w:pPr>
        <w:ind w:left="360"/>
      </w:pPr>
      <w:r>
        <w:t>1. Man</w:t>
      </w:r>
    </w:p>
    <w:p>
      <w:pPr>
        <w:ind w:left="360"/>
      </w:pPr>
      <w:r>
        <w:t>2. Woman</w:t>
      </w:r>
    </w:p>
    <w:p>
      <w:pPr>
        <w:ind w:left="360"/>
      </w:pPr>
      <w:r>
        <w:t>3. Nonbinary or another gender</w:t>
      </w:r>
    </w:p>
    <w:p>
      <w:pPr>
        <w:ind w:left="360"/>
      </w:pPr>
      <w:r>
        <w:t>4. Prefer not to answer</w:t>
      </w:r>
    </w:p>
    <w:p/>
    <w:p>
      <w:r>
        <w:rPr>
          <w:b/>
        </w:rPr>
        <w:t>Q33. Are you Hispanic or Latino?</w:t>
      </w:r>
      <w:r>
        <w:rPr>
          <w:color w:val="6B7280"/>
          <w:sz w:val="16"/>
        </w:rPr>
        <w:t xml:space="preserve"> (KEY: hispanic) (SINGLE RESPONSE) (FIXED ORDER)</w:t>
      </w:r>
    </w:p>
    <w:p>
      <w:pPr>
        <w:ind w:left="360"/>
      </w:pPr>
      <w:r>
        <w:t>1. Yes</w:t>
      </w:r>
    </w:p>
    <w:p>
      <w:pPr>
        <w:ind w:left="360"/>
      </w:pPr>
      <w:r>
        <w:t>2. No</w:t>
      </w:r>
    </w:p>
    <w:p>
      <w:pPr>
        <w:ind w:left="360"/>
      </w:pPr>
      <w:r>
        <w:t>3. Prefer not to answer</w:t>
      </w:r>
    </w:p>
    <w:p/>
    <w:p>
      <w:r>
        <w:rPr>
          <w:b/>
        </w:rPr>
        <w:t>Q34. How would you describe your racial background?</w:t>
      </w:r>
      <w:r>
        <w:rPr>
          <w:color w:val="6B7280"/>
          <w:sz w:val="16"/>
        </w:rPr>
        <w:t xml:space="preserve"> (KEY: race) (SINGLE RESPONSE) (FIXED ORDER)</w:t>
      </w:r>
    </w:p>
    <w:p>
      <w:pPr>
        <w:ind w:left="360"/>
      </w:pPr>
      <w:r>
        <w:t>1. White</w:t>
      </w:r>
    </w:p>
    <w:p>
      <w:pPr>
        <w:ind w:left="360"/>
      </w:pPr>
      <w:r>
        <w:t>2. Black or African American</w:t>
      </w:r>
    </w:p>
    <w:p>
      <w:pPr>
        <w:ind w:left="360"/>
      </w:pPr>
      <w:r>
        <w:t>3. Asian or Pacific Islander</w:t>
      </w:r>
    </w:p>
    <w:p>
      <w:pPr>
        <w:ind w:left="360"/>
      </w:pPr>
      <w:r>
        <w:t>4. Native American or Indigenous</w:t>
      </w:r>
    </w:p>
    <w:p>
      <w:pPr>
        <w:ind w:left="360"/>
      </w:pPr>
      <w:r>
        <w:t>5. Middle Eastern or North African</w:t>
      </w:r>
    </w:p>
    <w:p>
      <w:pPr>
        <w:ind w:left="360"/>
      </w:pPr>
      <w:r>
        <w:t>6. Other or multiracial</w:t>
      </w:r>
    </w:p>
    <w:p>
      <w:pPr>
        <w:ind w:left="360"/>
      </w:pPr>
      <w:r>
        <w:t>7. Prefer not to answer</w:t>
      </w:r>
    </w:p>
    <w:p/>
    <w:p>
      <w:r>
        <w:rPr>
          <w:b/>
        </w:rPr>
        <w:t>Q35. What is the highest level of school you have completed?</w:t>
      </w:r>
      <w:r>
        <w:rPr>
          <w:color w:val="6B7280"/>
          <w:sz w:val="16"/>
        </w:rPr>
        <w:t xml:space="preserve"> (KEY: education) (SINGLE RESPONSE) (FIXED ORDER)</w:t>
      </w:r>
    </w:p>
    <w:p>
      <w:pPr>
        <w:ind w:left="360"/>
      </w:pPr>
      <w:r>
        <w:t>1. Less than high school</w:t>
      </w:r>
    </w:p>
    <w:p>
      <w:pPr>
        <w:ind w:left="360"/>
      </w:pPr>
      <w:r>
        <w:t>2. High school graduate</w:t>
      </w:r>
    </w:p>
    <w:p>
      <w:pPr>
        <w:ind w:left="360"/>
      </w:pPr>
      <w:r>
        <w:t>3. Vocational or trade school</w:t>
      </w:r>
    </w:p>
    <w:p>
      <w:pPr>
        <w:ind w:left="360"/>
      </w:pPr>
      <w:r>
        <w:t>4. Some college, no degree</w:t>
      </w:r>
    </w:p>
    <w:p>
      <w:pPr>
        <w:ind w:left="360"/>
      </w:pPr>
      <w:r>
        <w:t>5. Associate's degree</w:t>
      </w:r>
    </w:p>
    <w:p>
      <w:pPr>
        <w:ind w:left="360"/>
      </w:pPr>
      <w:r>
        <w:t>6. Bachelor's degree</w:t>
      </w:r>
    </w:p>
    <w:p>
      <w:pPr>
        <w:ind w:left="360"/>
      </w:pPr>
      <w:r>
        <w:t>7. Graduate or professional degree</w:t>
      </w:r>
    </w:p>
    <w:p>
      <w:pPr>
        <w:ind w:left="360"/>
      </w:pPr>
      <w:r>
        <w:t>8. Prefer not to answer</w:t>
      </w:r>
    </w:p>
    <w:p/>
    <w:p>
      <w:r>
        <w:rPr>
          <w:b/>
        </w:rPr>
        <w:t>Q36. Do you own or rent your home?</w:t>
      </w:r>
      <w:r>
        <w:rPr>
          <w:color w:val="6B7280"/>
          <w:sz w:val="16"/>
        </w:rPr>
        <w:t xml:space="preserve"> (KEY: housing_tenure) (SINGLE RESPONSE) (FIXED ORDER)</w:t>
      </w:r>
    </w:p>
    <w:p>
      <w:pPr>
        <w:ind w:left="360"/>
      </w:pPr>
      <w:r>
        <w:t>1. Own</w:t>
      </w:r>
    </w:p>
    <w:p>
      <w:pPr>
        <w:ind w:left="360"/>
      </w:pPr>
      <w:r>
        <w:t>2. Rent</w:t>
      </w:r>
    </w:p>
    <w:p>
      <w:pPr>
        <w:ind w:left="360"/>
      </w:pPr>
      <w:r>
        <w:t>3. Live with family or in another arrangement</w:t>
      </w:r>
    </w:p>
    <w:p>
      <w:pPr>
        <w:ind w:left="360"/>
      </w:pPr>
      <w:r>
        <w:t>4. Prefer not to answer</w:t>
      </w:r>
    </w:p>
    <w:p/>
    <w:p>
      <w:r>
        <w:rPr>
          <w:b/>
        </w:rPr>
        <w:t>Q37. Which one of these costs is hardest for your household to afford right now?</w:t>
      </w:r>
      <w:r>
        <w:rPr>
          <w:color w:val="6B7280"/>
          <w:sz w:val="16"/>
        </w:rPr>
        <w:t xml:space="preserve"> (KEY: cost_pressure) (SINGLE RESPONSE) (RANDOMIZE OPTIONS)</w:t>
      </w:r>
    </w:p>
    <w:p>
      <w:pPr>
        <w:ind w:left="360"/>
      </w:pPr>
      <w:r>
        <w:t>1. Housing</w:t>
      </w:r>
    </w:p>
    <w:p>
      <w:pPr>
        <w:ind w:left="360"/>
      </w:pPr>
      <w:r>
        <w:t>2. Health care</w:t>
      </w:r>
    </w:p>
    <w:p>
      <w:pPr>
        <w:ind w:left="360"/>
      </w:pPr>
      <w:r>
        <w:t>3. Groceries</w:t>
      </w:r>
    </w:p>
    <w:p>
      <w:pPr>
        <w:ind w:left="360"/>
      </w:pPr>
      <w:r>
        <w:t>4. Utilities</w:t>
      </w:r>
    </w:p>
    <w:p>
      <w:pPr>
        <w:ind w:left="360"/>
      </w:pPr>
      <w:r>
        <w:t>5. Transportation</w:t>
      </w:r>
    </w:p>
    <w:p>
      <w:pPr>
        <w:ind w:left="360"/>
      </w:pPr>
      <w:r>
        <w:t>6. Child care</w:t>
      </w:r>
    </w:p>
    <w:p>
      <w:pPr>
        <w:ind w:left="360"/>
      </w:pPr>
      <w:r>
        <w:t>7. Education</w:t>
      </w:r>
    </w:p>
    <w:p>
      <w:pPr>
        <w:ind w:left="360"/>
      </w:pPr>
      <w:r>
        <w:t>8. Another cost</w:t>
      </w:r>
    </w:p>
    <w:p>
      <w:pPr>
        <w:ind w:left="360"/>
      </w:pPr>
      <w:r>
        <w:t>9. None of these is hard to afford</w:t>
      </w:r>
    </w:p>
    <w:p>
      <w:pPr>
        <w:ind w:left="360"/>
      </w:pPr>
      <w:r>
        <w:t>10. Don't know / No opinion</w:t>
      </w:r>
    </w:p>
    <w:p/>
    <w:p>
      <w:r>
        <w:rPr>
          <w:b/>
        </w:rPr>
        <w:t>Q38. Do you consider yourself a Democrat, a Republican, an independent or a member of another party?</w:t>
      </w:r>
      <w:r>
        <w:rPr>
          <w:color w:val="6B7280"/>
          <w:sz w:val="16"/>
        </w:rPr>
        <w:t xml:space="preserve"> (KEY: party_identity) (SINGLE RESPONSE) (FIXED ORDER)</w:t>
      </w:r>
    </w:p>
    <w:p>
      <w:pPr>
        <w:ind w:left="360"/>
      </w:pPr>
      <w:r>
        <w:t>1. Democrat</w:t>
      </w:r>
    </w:p>
    <w:p>
      <w:pPr>
        <w:ind w:left="360"/>
      </w:pPr>
      <w:r>
        <w:t>2. Republican</w:t>
      </w:r>
    </w:p>
    <w:p>
      <w:pPr>
        <w:ind w:left="360"/>
      </w:pPr>
      <w:r>
        <w:t>3. Independent</w:t>
      </w:r>
    </w:p>
    <w:p>
      <w:pPr>
        <w:ind w:left="360"/>
      </w:pPr>
      <w:r>
        <w:t>4. Another party</w:t>
      </w:r>
    </w:p>
    <w:p>
      <w:pPr>
        <w:ind w:left="360"/>
      </w:pPr>
      <w:r>
        <w:t>5. Don't know / No opinion</w:t>
      </w:r>
    </w:p>
    <w:p/>
    <w:p>
      <w:r>
        <w:rPr>
          <w:color w:val="6B7280"/>
          <w:sz w:val="16"/>
        </w:rPr>
        <w:t>ASK IF Q38 = Democrat</w:t>
      </w:r>
    </w:p>
    <w:p>
      <w:r>
        <w:rPr>
          <w:b/>
        </w:rPr>
        <w:t>Q39. Would you call yourself a strong Democrat or a not very strong Democrat?</w:t>
      </w:r>
      <w:r>
        <w:rPr>
          <w:color w:val="6B7280"/>
          <w:sz w:val="16"/>
        </w:rPr>
        <w:t xml:space="preserve"> (KEY: party_strength_democrat) (SINGLE RESPONSE) (FIXED ORDER)</w:t>
      </w:r>
    </w:p>
    <w:p>
      <w:pPr>
        <w:ind w:left="360"/>
      </w:pPr>
      <w:r>
        <w:t>1. Strong Democrat</w:t>
      </w:r>
    </w:p>
    <w:p>
      <w:pPr>
        <w:ind w:left="360"/>
      </w:pPr>
      <w:r>
        <w:t>2. Not very strong Democrat</w:t>
      </w:r>
    </w:p>
    <w:p>
      <w:pPr>
        <w:ind w:left="360"/>
      </w:pPr>
      <w:r>
        <w:t>3. Don't know / No opinion</w:t>
      </w:r>
    </w:p>
    <w:p/>
    <w:p>
      <w:r>
        <w:rPr>
          <w:color w:val="6B7280"/>
          <w:sz w:val="16"/>
        </w:rPr>
        <w:t>ASK IF Q38 = Republican</w:t>
      </w:r>
    </w:p>
    <w:p>
      <w:r>
        <w:rPr>
          <w:b/>
        </w:rPr>
        <w:t>Q40. Would you call yourself a strong Republican or a not very strong Republican?</w:t>
      </w:r>
      <w:r>
        <w:rPr>
          <w:color w:val="6B7280"/>
          <w:sz w:val="16"/>
        </w:rPr>
        <w:t xml:space="preserve"> (KEY: party_strength_republican) (SINGLE RESPONSE) (FIXED ORDER)</w:t>
      </w:r>
    </w:p>
    <w:p>
      <w:pPr>
        <w:ind w:left="360"/>
      </w:pPr>
      <w:r>
        <w:t>1. Strong Republican</w:t>
      </w:r>
    </w:p>
    <w:p>
      <w:pPr>
        <w:ind w:left="360"/>
      </w:pPr>
      <w:r>
        <w:t>2. Not very strong Republican</w:t>
      </w:r>
    </w:p>
    <w:p>
      <w:pPr>
        <w:ind w:left="360"/>
      </w:pPr>
      <w:r>
        <w:t>3. Don't know / No opinion</w:t>
      </w:r>
    </w:p>
    <w:p/>
    <w:p>
      <w:r>
        <w:rPr>
          <w:color w:val="6B7280"/>
          <w:sz w:val="16"/>
        </w:rPr>
        <w:t>ASK IF Q38 IN [Independent | Another party | Don't know / No opinion]</w:t>
      </w:r>
    </w:p>
    <w:p>
      <w:r>
        <w:rPr>
          <w:b/>
        </w:rPr>
        <w:t>Q41. And as of today, do you lean more to the Democratic Party, the Republican Party, or neither?</w:t>
      </w:r>
      <w:r>
        <w:rPr>
          <w:color w:val="6B7280"/>
          <w:sz w:val="16"/>
        </w:rPr>
        <w:t xml:space="preserve"> (KEY: party_lean) (SINGLE RESPONSE) (FIXED ORDER)</w:t>
      </w:r>
    </w:p>
    <w:p>
      <w:pPr>
        <w:ind w:left="360"/>
      </w:pPr>
      <w:r>
        <w:t>1. The Democratic Party</w:t>
      </w:r>
    </w:p>
    <w:p>
      <w:pPr>
        <w:ind w:left="360"/>
      </w:pPr>
      <w:r>
        <w:t>2. The Republican Party</w:t>
      </w:r>
    </w:p>
    <w:p>
      <w:pPr>
        <w:ind w:left="360"/>
      </w:pPr>
      <w:r>
        <w:t>3. Neither</w:t>
      </w:r>
    </w:p>
    <w:p>
      <w:pPr>
        <w:ind w:left="360"/>
      </w:pPr>
      <w:r>
        <w:t>4. Don't know / No opinion</w:t>
      </w:r>
    </w:p>
    <w:p/>
    <w:p>
      <w:r>
        <w:rPr>
          <w:b/>
        </w:rPr>
        <w:t>Q42. Which one of these words best describes your political views?</w:t>
      </w:r>
      <w:r>
        <w:rPr>
          <w:color w:val="6B7280"/>
          <w:sz w:val="16"/>
        </w:rPr>
        <w:t xml:space="preserve"> (KEY: ideology_word) (SINGLE RESPONSE) (RANDOMIZE OPTIONS)</w:t>
      </w:r>
    </w:p>
    <w:p>
      <w:pPr>
        <w:ind w:left="360"/>
      </w:pPr>
      <w:r>
        <w:t>1. Conservative</w:t>
      </w:r>
    </w:p>
    <w:p>
      <w:pPr>
        <w:ind w:left="360"/>
      </w:pPr>
      <w:r>
        <w:t>2. Moderate</w:t>
      </w:r>
    </w:p>
    <w:p>
      <w:pPr>
        <w:ind w:left="360"/>
      </w:pPr>
      <w:r>
        <w:t>3. Liberal</w:t>
      </w:r>
    </w:p>
    <w:p>
      <w:pPr>
        <w:ind w:left="360"/>
      </w:pPr>
      <w:r>
        <w:t>4. Progressive</w:t>
      </w:r>
    </w:p>
    <w:p>
      <w:pPr>
        <w:ind w:left="360"/>
      </w:pPr>
      <w:r>
        <w:t>5. Socialist</w:t>
      </w:r>
    </w:p>
    <w:p>
      <w:pPr>
        <w:ind w:left="360"/>
      </w:pPr>
      <w:r>
        <w:t>6. Libertarian</w:t>
      </w:r>
    </w:p>
    <w:p>
      <w:pPr>
        <w:ind w:left="360"/>
      </w:pPr>
      <w:r>
        <w:t>7. None of these</w:t>
      </w:r>
    </w:p>
    <w:p>
      <w:pPr>
        <w:ind w:left="360"/>
      </w:pPr>
      <w:r>
        <w:t>8. Don't know / No opinion</w:t>
      </w:r>
    </w:p>
    <w:p/>
    <w:p>
      <w:r>
        <w:rPr>
          <w:b/>
        </w:rPr>
        <w:t>Q43. Are you, or is any member of your household, a member of a labor union?</w:t>
      </w:r>
      <w:r>
        <w:rPr>
          <w:color w:val="6B7280"/>
          <w:sz w:val="16"/>
        </w:rPr>
        <w:t xml:space="preserve"> (KEY: union_household) (SINGLE RESPONSE) (FIXED ORDER)</w:t>
      </w:r>
    </w:p>
    <w:p>
      <w:pPr>
        <w:ind w:left="360"/>
      </w:pPr>
      <w:r>
        <w:t>1. Yes</w:t>
      </w:r>
    </w:p>
    <w:p>
      <w:pPr>
        <w:ind w:left="360"/>
      </w:pPr>
      <w:r>
        <w:t>2. No</w:t>
      </w:r>
    </w:p>
    <w:p>
      <w:pPr>
        <w:ind w:left="360"/>
      </w:pPr>
      <w:r>
        <w:t>3. Prefer not to answer</w:t>
      </w:r>
    </w:p>
    <w:p/>
    <w:p>
      <w:r>
        <w:rPr>
          <w:b/>
        </w:rPr>
        <w:t>Q44. Which of these best describes your household's total income in 2025, before taxes?</w:t>
      </w:r>
      <w:r>
        <w:rPr>
          <w:color w:val="6B7280"/>
          <w:sz w:val="16"/>
        </w:rPr>
        <w:t xml:space="preserve"> (KEY: income) (SINGLE RESPONSE) (FIXED ORDER)</w:t>
      </w:r>
    </w:p>
    <w:p>
      <w:pPr>
        <w:ind w:left="360"/>
      </w:pPr>
      <w:r>
        <w:t>1. Under $25,000</w:t>
      </w:r>
    </w:p>
    <w:p>
      <w:pPr>
        <w:ind w:left="360"/>
      </w:pPr>
      <w:r>
        <w:t>2. $25,000 to under $50,000</w:t>
      </w:r>
    </w:p>
    <w:p>
      <w:pPr>
        <w:ind w:left="360"/>
      </w:pPr>
      <w:r>
        <w:t>3. $50,000 to under $100,000</w:t>
      </w:r>
    </w:p>
    <w:p>
      <w:pPr>
        <w:ind w:left="360"/>
      </w:pPr>
      <w:r>
        <w:t>4. $100,000 to under $200,000</w:t>
      </w:r>
    </w:p>
    <w:p>
      <w:pPr>
        <w:ind w:left="360"/>
      </w:pPr>
      <w:r>
        <w:t>5. $200,000 or more</w:t>
      </w:r>
    </w:p>
    <w:p>
      <w:pPr>
        <w:ind w:left="360"/>
      </w:pPr>
      <w:r>
        <w:t>6. Prefer not to answer</w:t>
      </w:r>
    </w:p>
    <w:p/>
    <w:p>
      <w:r>
        <w:rPr>
          <w:b/>
        </w:rPr>
        <w:t>Q45. Which of these do you think would do the most to bring down inflation?</w:t>
      </w:r>
      <w:r>
        <w:rPr>
          <w:color w:val="6B7280"/>
          <w:sz w:val="16"/>
        </w:rPr>
        <w:t xml:space="preserve"> (KEY: pp_inflation_approach) (SINGLE RESPONSE) (RANDOMIZE OPTIONS)</w:t>
      </w:r>
    </w:p>
    <w:p>
      <w:pPr>
        <w:ind w:left="360"/>
      </w:pPr>
      <w:r>
        <w:t>1. The Federal Reserve raising interest rates to slow borrowing and spending</w:t>
      </w:r>
    </w:p>
    <w:p>
      <w:pPr>
        <w:ind w:left="360"/>
      </w:pPr>
      <w:r>
        <w:t>2. Governments starting businesses that sell alongside private companies, to increase supply</w:t>
      </w:r>
    </w:p>
    <w:p>
      <w:pPr>
        <w:ind w:left="360"/>
      </w:pPr>
      <w:r>
        <w:t>3. Tax breaks and subsidies for private companies to produce more</w:t>
      </w:r>
    </w:p>
    <w:p>
      <w:pPr>
        <w:ind w:left="360"/>
      </w:pPr>
      <w:r>
        <w:t>4. Cutting regulations so private companies can produce more</w:t>
      </w:r>
    </w:p>
    <w:p>
      <w:pPr>
        <w:ind w:left="360"/>
      </w:pPr>
      <w:r>
        <w:t>5. None of these</w:t>
      </w:r>
    </w:p>
    <w:p>
      <w:pPr>
        <w:ind w:left="360"/>
      </w:pPr>
      <w:r>
        <w:t>6.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w:t>
      </w:r>
    </w:p>
    <w:p>
      <w:r>
        <w:rPr>
          <w:b/>
        </w:rPr>
        <w:t>Q46. In general, do you support or oppose governments starting businesses like this?</w:t>
      </w:r>
      <w:r>
        <w:rPr>
          <w:color w:val="6B7280"/>
          <w:sz w:val="16"/>
        </w:rPr>
        <w:t xml:space="preserve"> (KEY: pp_general)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 Two that exist today: the U.S. Postal Service, which delivers packages alongside private companies like UPS and FedEx, and the Tennessee Valley Authority, a federally owned company that sells electricity.</w:t>
      </w:r>
    </w:p>
    <w:p>
      <w:r>
        <w:rPr>
          <w:b/>
        </w:rPr>
        <w:t>Q47. In general, do you support or oppose governments starting businesses like this?</w:t>
      </w:r>
      <w:r>
        <w:rPr>
          <w:color w:val="6B7280"/>
          <w:sz w:val="16"/>
        </w:rPr>
        <w:t xml:space="preserve"> (KEY: pp_general_examples)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b/>
        </w:rPr>
        <w:t>Q48. In which of these areas, if any, would you support governments starting businesses like this? Pick all that apply.</w:t>
      </w:r>
      <w:r>
        <w:rPr>
          <w:color w:val="6B7280"/>
          <w:sz w:val="16"/>
        </w:rPr>
        <w:t xml:space="preserve"> (KEY: pp_sectors_pick) (SELECT ALL THAT APPLY) (RANDOMIZE OPTIONS)</w:t>
      </w:r>
    </w:p>
    <w:p>
      <w:pPr>
        <w:ind w:left="360"/>
      </w:pPr>
      <w:r>
        <w:t>1. Building and renting homes</w:t>
      </w:r>
    </w:p>
    <w:p>
      <w:pPr>
        <w:ind w:left="360"/>
      </w:pPr>
      <w:r>
        <w:t>2. Hospitals and clinics</w:t>
      </w:r>
    </w:p>
    <w:p>
      <w:pPr>
        <w:ind w:left="360"/>
      </w:pPr>
      <w:r>
        <w:t>3. Child care centers</w:t>
      </w:r>
    </w:p>
    <w:p>
      <w:pPr>
        <w:ind w:left="360"/>
      </w:pPr>
      <w:r>
        <w:t>4. Making prescription drugs</w:t>
      </w:r>
    </w:p>
    <w:p>
      <w:pPr>
        <w:ind w:left="360"/>
      </w:pPr>
      <w:r>
        <w:t>5. Processing food</w:t>
      </w:r>
    </w:p>
    <w:p>
      <w:pPr>
        <w:ind w:left="360"/>
      </w:pPr>
      <w:r>
        <w:t>6. Grocery stores</w:t>
      </w:r>
    </w:p>
    <w:p>
      <w:pPr>
        <w:ind w:left="360"/>
      </w:pPr>
      <w:r>
        <w:t>7. Refining gasoline</w:t>
      </w:r>
    </w:p>
    <w:p>
      <w:pPr>
        <w:ind w:left="360"/>
      </w:pPr>
      <w:r>
        <w:t>8. Electric utilities</w:t>
      </w:r>
    </w:p>
    <w:p>
      <w:pPr>
        <w:ind w:left="360"/>
      </w:pPr>
      <w:r>
        <w:t>9. Internet service</w:t>
      </w:r>
    </w:p>
    <w:p>
      <w:pPr>
        <w:ind w:left="360"/>
      </w:pPr>
      <w:r>
        <w:t>10. Colleges</w:t>
      </w:r>
    </w:p>
    <w:p>
      <w:pPr>
        <w:ind w:left="360"/>
      </w:pPr>
      <w:r>
        <w:t>11. None of these</w:t>
      </w:r>
    </w:p>
    <w:p>
      <w:pPr>
        <w:ind w:left="360"/>
      </w:pPr>
      <w:r>
        <w:t>12. Don't know / No opinion</w:t>
      </w:r>
    </w:p>
    <w:p/>
    <w:p>
      <w:r>
        <w:rPr>
          <w:b/>
        </w:rPr>
        <w:t>Q49. If governments started businesses like this, do you think prices would be lower, about the same or higher than without them?</w:t>
      </w:r>
      <w:r>
        <w:rPr>
          <w:color w:val="6B7280"/>
          <w:sz w:val="16"/>
        </w:rPr>
        <w:t xml:space="preserve"> (KEY: pp_effect_prices) (SINGLE RESPONSE) (FIXED ORDER)</w:t>
      </w:r>
    </w:p>
    <w:p>
      <w:pPr>
        <w:ind w:left="360"/>
      </w:pPr>
      <w:r>
        <w:t>1. Lower</w:t>
      </w:r>
    </w:p>
    <w:p>
      <w:pPr>
        <w:ind w:left="360"/>
      </w:pPr>
      <w:r>
        <w:t>2. About the same</w:t>
      </w:r>
    </w:p>
    <w:p>
      <w:pPr>
        <w:ind w:left="360"/>
      </w:pPr>
      <w:r>
        <w:t>3. Higher</w:t>
      </w:r>
    </w:p>
    <w:p>
      <w:pPr>
        <w:ind w:left="360"/>
      </w:pPr>
      <w:r>
        <w:t>4. It would depend on the industry</w:t>
      </w:r>
    </w:p>
    <w:p>
      <w:pPr>
        <w:ind w:left="360"/>
      </w:pPr>
      <w:r>
        <w:t>5. Don't know / No opinion</w:t>
      </w:r>
    </w:p>
    <w:p/>
    <w:p>
      <w:r>
        <w:rPr>
          <w:b/>
        </w:rPr>
        <w:t>Q50. If governments started businesses like this, do you think there would be more for sale, about the same or less than without them?</w:t>
      </w:r>
      <w:r>
        <w:rPr>
          <w:color w:val="6B7280"/>
          <w:sz w:val="16"/>
        </w:rPr>
        <w:t xml:space="preserve"> (KEY: pp_effect_supply) (SINGLE RESPONSE) (FIXED ORDER)</w:t>
      </w:r>
    </w:p>
    <w:p>
      <w:pPr>
        <w:ind w:left="360"/>
      </w:pPr>
      <w:r>
        <w:t>1. More</w:t>
      </w:r>
    </w:p>
    <w:p>
      <w:pPr>
        <w:ind w:left="360"/>
      </w:pPr>
      <w:r>
        <w:t>2. About the same</w:t>
      </w:r>
    </w:p>
    <w:p>
      <w:pPr>
        <w:ind w:left="360"/>
      </w:pPr>
      <w:r>
        <w:t>3. Less</w:t>
      </w:r>
    </w:p>
    <w:p>
      <w:pPr>
        <w:ind w:left="360"/>
      </w:pPr>
      <w:r>
        <w:t>4. It would depend on the industry</w:t>
      </w:r>
    </w:p>
    <w:p>
      <w:pPr>
        <w:ind w:left="360"/>
      </w:pPr>
      <w:r>
        <w:t>5. Don't know / No opinion</w:t>
      </w:r>
    </w:p>
    <w:p/>
    <w:p>
      <w:r>
        <w:rPr>
          <w:b/>
        </w:rPr>
        <w:t>Q51. If governments started businesses like this, do you think quality would be better, about the same or worse than without them?</w:t>
      </w:r>
      <w:r>
        <w:rPr>
          <w:color w:val="6B7280"/>
          <w:sz w:val="16"/>
        </w:rPr>
        <w:t xml:space="preserve"> (KEY: pp_effect_quality) (SINGLE RESPONSE) (FIXED ORDER)</w:t>
      </w:r>
    </w:p>
    <w:p>
      <w:pPr>
        <w:ind w:left="360"/>
      </w:pPr>
      <w:r>
        <w:t>1. Better</w:t>
      </w:r>
    </w:p>
    <w:p>
      <w:pPr>
        <w:ind w:left="360"/>
      </w:pPr>
      <w:r>
        <w:t>2. About the same</w:t>
      </w:r>
    </w:p>
    <w:p>
      <w:pPr>
        <w:ind w:left="360"/>
      </w:pPr>
      <w:r>
        <w:t>3. Worse</w:t>
      </w:r>
    </w:p>
    <w:p>
      <w:pPr>
        <w:ind w:left="360"/>
      </w:pPr>
      <w:r>
        <w:t>4. It would depend on the industry</w:t>
      </w:r>
    </w:p>
    <w:p>
      <w:pPr>
        <w:ind w:left="360"/>
      </w:pPr>
      <w:r>
        <w:t>5. Don't know / No opinion</w:t>
      </w:r>
    </w:p>
    <w:p/>
    <w:p>
      <w:r>
        <w:rPr>
          <w:b/>
        </w:rPr>
        <w:t>Q52. Suppose a government-owned business made its costs public. How useful, if at all, would that be for showing whether private companies charge too much?</w:t>
      </w:r>
      <w:r>
        <w:rPr>
          <w:color w:val="6B7280"/>
          <w:sz w:val="16"/>
        </w:rPr>
        <w:t xml:space="preserve"> (KEY: pp_yardstick) (SINGLE RESPONSE) (FIXED ORDER)</w:t>
      </w:r>
    </w:p>
    <w:p>
      <w:pPr>
        <w:ind w:left="360"/>
      </w:pPr>
      <w:r>
        <w:t>1. Very useful</w:t>
      </w:r>
    </w:p>
    <w:p>
      <w:pPr>
        <w:ind w:left="360"/>
      </w:pPr>
      <w:r>
        <w:t>2. Somewhat useful</w:t>
      </w:r>
    </w:p>
    <w:p>
      <w:pPr>
        <w:ind w:left="360"/>
      </w:pPr>
      <w:r>
        <w:t>3. Not very useful</w:t>
      </w:r>
    </w:p>
    <w:p>
      <w:pPr>
        <w:ind w:left="360"/>
      </w:pPr>
      <w:r>
        <w:t>4. Not at all useful</w:t>
      </w:r>
    </w:p>
    <w:p>
      <w:pPr>
        <w:ind w:left="360"/>
      </w:pPr>
      <w:r>
        <w:t>5. Don't know / No opinion</w:t>
      </w:r>
    </w:p>
    <w:p/>
    <w:p>
      <w:r>
        <w:rPr>
          <w:b/>
        </w:rPr>
        <w:t>Q53. If public money were used to start new businesses that sell goods or services, who should own and run them?</w:t>
      </w:r>
      <w:r>
        <w:rPr>
          <w:color w:val="6B7280"/>
          <w:sz w:val="16"/>
        </w:rPr>
        <w:t xml:space="preserve"> (KEY: pp_ownership_choice) (SINGLE RESPONSE) (RANDOMIZE OPTIONS)</w:t>
      </w:r>
    </w:p>
    <w:p>
      <w:pPr>
        <w:ind w:left="360"/>
      </w:pPr>
      <w:r>
        <w:t>1. The government should own and run them</w:t>
      </w:r>
    </w:p>
    <w:p>
      <w:pPr>
        <w:ind w:left="360"/>
      </w:pPr>
      <w:r>
        <w:t>2. Private companies should own and run them</w:t>
      </w:r>
    </w:p>
    <w:p>
      <w:pPr>
        <w:ind w:left="360"/>
      </w:pPr>
      <w:r>
        <w:t>3. No preference</w:t>
      </w:r>
    </w:p>
    <w:p>
      <w:pPr>
        <w:ind w:left="360"/>
      </w:pPr>
      <w:r>
        <w:t>4. Public money shouldn't be spent on this</w:t>
      </w:r>
    </w:p>
    <w:p>
      <w:pPr>
        <w:ind w:left="360"/>
      </w:pPr>
      <w:r>
        <w:t>5. Don't know / No opinion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