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FL-14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Who did you vote for in this year's general election for U.S. House of Representatives?</w:t>
      </w:r>
      <w:r>
        <w:rPr>
          <w:color w:val="6B7280"/>
          <w:sz w:val="16"/>
        </w:rPr>
        <w:t xml:space="preserve"> (KEY: house_vote_past) (SINGLE RESPONSE) (FIXED ORDER)</w:t>
      </w:r>
    </w:p>
    <w:p>
      <w:pPr>
        <w:ind w:left="360"/>
      </w:pPr>
      <w:r>
        <w:t>1. Mike Beltran, Republican</w:t>
      </w:r>
    </w:p>
    <w:p>
      <w:pPr>
        <w:ind w:left="360"/>
      </w:pPr>
      <w:r>
        <w:t>2. Kathy Castor, Democrat</w:t>
      </w:r>
    </w:p>
    <w:p>
      <w:pPr>
        <w:ind w:left="360"/>
      </w:pPr>
      <w:r>
        <w:t>3. Brian Lambert, Libertarian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Q11. If the election for U.S. House of Representatives were held today, who would you vote for?</w:t>
      </w:r>
      <w:r>
        <w:rPr>
          <w:color w:val="6B7280"/>
          <w:sz w:val="16"/>
        </w:rPr>
        <w:t xml:space="preserve"> (KEY: house_vote_current) (SINGLE RESPONSE) (FIXED ORDER)</w:t>
      </w:r>
    </w:p>
    <w:p>
      <w:pPr>
        <w:ind w:left="360"/>
      </w:pPr>
      <w:r>
        <w:t>1. Mike Beltran, Republican</w:t>
      </w:r>
    </w:p>
    <w:p>
      <w:pPr>
        <w:ind w:left="360"/>
      </w:pPr>
      <w:r>
        <w:t>2. Kathy Castor, Democrat</w:t>
      </w:r>
    </w:p>
    <w:p>
      <w:pPr>
        <w:ind w:left="360"/>
      </w:pPr>
      <w:r>
        <w:t>3. Brian Lambert, Libertarian</w:t>
      </w:r>
    </w:p>
    <w:p>
      <w:pPr>
        <w:ind w:left="360"/>
      </w:pPr>
      <w:r>
        <w:t>4. Someone else</w:t>
      </w:r>
    </w:p>
    <w:p>
      <w:pPr>
        <w:ind w:left="360"/>
      </w:pPr>
      <w:r>
        <w:t>5. Undecided</w:t>
      </w:r>
    </w:p>
    <w:p/>
    <w:p>
      <w:r>
        <w:rPr>
          <w:color w:val="6B7280"/>
          <w:sz w:val="16"/>
        </w:rPr>
        <w:t>ASK IF Q1 != Already voted</w:t>
      </w:r>
    </w:p>
    <w:p>
      <w:r>
        <w:rPr>
          <w:color w:val="6B7280"/>
          <w:sz w:val="16"/>
        </w:rPr>
        <w:t>ASK IF Q11 = Undecided</w:t>
      </w:r>
    </w:p>
    <w:p>
      <w:r>
        <w:rPr>
          <w:b/>
        </w:rPr>
        <w:t>Q12. If you had to decide today, which candidate would you lean more toward?</w:t>
      </w:r>
      <w:r>
        <w:rPr>
          <w:color w:val="6B7280"/>
          <w:sz w:val="16"/>
        </w:rPr>
        <w:t xml:space="preserve"> (KEY: house_vote_current_lean) (SINGLE RESPONSE) (FIXED ORDER)</w:t>
      </w:r>
    </w:p>
    <w:p>
      <w:pPr>
        <w:ind w:left="360"/>
      </w:pPr>
      <w:r>
        <w:t>1. Mike Beltran, Republican</w:t>
      </w:r>
    </w:p>
    <w:p>
      <w:pPr>
        <w:ind w:left="360"/>
      </w:pPr>
      <w:r>
        <w:t>2. Kathy Castor, Democrat</w:t>
      </w:r>
    </w:p>
    <w:p>
      <w:pPr>
        <w:ind w:left="360"/>
      </w:pPr>
      <w:r>
        <w:t>3. Brian Lambert, Libertarian</w:t>
      </w:r>
    </w:p>
    <w:p>
      <w:pPr>
        <w:ind w:left="360"/>
      </w:pPr>
      <w:r>
        <w:t>4. Someone else</w:t>
      </w:r>
    </w:p>
    <w:p>
      <w:pPr>
        <w:ind w:left="360"/>
      </w:pPr>
      <w:r>
        <w:t>5. Still undecided</w:t>
      </w:r>
    </w:p>
    <w:p/>
    <w:p>
      <w:r>
        <w:rPr>
          <w:color w:val="6B7280"/>
          <w:sz w:val="16"/>
        </w:rPr>
        <w:t>ASK IF Q1 != Already voted</w:t>
      </w:r>
    </w:p>
    <w:p>
      <w:r>
        <w:rPr>
          <w:color w:val="6B7280"/>
          <w:sz w:val="16"/>
        </w:rPr>
        <w:t>ASK IF Q11 IN [Mike Beltran, Republican | Kathy Castor, Democrat | Brian Lambert, Libertarian]</w:t>
      </w:r>
    </w:p>
    <w:p>
      <w:r>
        <w:rPr>
          <w:b/>
        </w:rPr>
        <w:t>Q13. Are you definitely or probably going to vote for that candidate?</w:t>
      </w:r>
      <w:r>
        <w:rPr>
          <w:color w:val="6B7280"/>
          <w:sz w:val="16"/>
        </w:rPr>
        <w:t xml:space="preserve"> (KEY: house_vote_current_intensity) (SINGLE RESPONSE) (FIXED ORDER)</w:t>
      </w:r>
    </w:p>
    <w:p>
      <w:pPr>
        <w:ind w:left="360"/>
      </w:pPr>
      <w:r>
        <w:t>1. Definitely</w:t>
      </w:r>
    </w:p>
    <w:p>
      <w:pPr>
        <w:ind w:left="360"/>
      </w:pPr>
      <w:r>
        <w:t>2. Probably</w:t>
      </w:r>
    </w:p>
    <w:p>
      <w:pPr>
        <w:ind w:left="360"/>
      </w:pPr>
      <w:r>
        <w:t>3. Don't know / No opinion</w:t>
      </w:r>
    </w:p>
    <w:p/>
    <w:p>
      <w:r>
        <w:rPr>
          <w:b/>
        </w:rPr>
        <w:t>Q14.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Q15.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Q16.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Q17.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Q21.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Q22.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Q23.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Q24.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Q25.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Q29.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Q30.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Q31.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Q32.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Q33.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Q34.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Q35.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Q36.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Q37.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Q38.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Q38 = Democrat</w:t>
      </w:r>
    </w:p>
    <w:p>
      <w:r>
        <w:rPr>
          <w:b/>
        </w:rPr>
        <w:t>Q39.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Q38 = Republican</w:t>
      </w:r>
    </w:p>
    <w:p>
      <w:r>
        <w:rPr>
          <w:b/>
        </w:rPr>
        <w:t>Q40.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Q38 IN [Independent | Another party | Don't know / No opinion]</w:t>
      </w:r>
    </w:p>
    <w:p>
      <w:r>
        <w:rPr>
          <w:b/>
        </w:rPr>
        <w:t>Q41.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Q42.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Q43.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Q44.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Q45.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Q46.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Q47.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Q48.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Q49.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Q50.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Q51.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Q52.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Q53.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